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L008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Calculate (a) 2/5+1/10 (b) (3/4)÷(3/8).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A tank holds 20 litres when full. It is 3/5 full. One quarter of the water in it is used. Find the amount left.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Give a counterexample to “dividing a positive number always makes it smaller”. Explain.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A café offers two breads and two fillings, with every pairing allowed. List the four sandwiches systematically and explain completeness.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RFTS-PEARSON-GCSE-MAT-1MA1-NUM-L008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Fraction reasoning and retrieval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