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 reasoning and retrieval · Optional extension</w:t>
      </w:r>
    </w:p>
    <w:p>
      <w:r>
        <w:t>Pearson Edexcel GCSE Mathematics 1MA1 · L008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Without notes, calculate 7/12+5/18 and explain the common denominator.</w:t>
      </w:r>
    </w:p>
    <w:p>
      <w:r>
        <w:t>Answer and reasoning: 21/36+10/36=31/36.</w:t>
      </w:r>
    </w:p>
    <w:p>
      <w:r>
        <w:rPr>
          <w:b/>
        </w:rPr>
        <w:t>Deep challenge</w:t>
      </w:r>
    </w:p>
    <w:p>
      <w:r>
        <w:t>Is 2/3+3/4 greater than 1? Show a method without decimals.</w:t>
      </w:r>
    </w:p>
    <w:p>
      <w:r>
        <w:t>Answer and reasoning: 8/12+9/12=17/12&gt;1.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