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L008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Simplify 20/30.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Calculate 1/2+1/8.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Calculate (3/5)×(5/6).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Calculate (4/7)÷(2/7) and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learner says 3/4−1/3=2/1. Correct the answer, show equal denominators and explain the mistake.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