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Fractions decimals and percentages · Optional extension</w:t>
      </w:r>
    </w:p>
    <w:p>
      <w:r>
        <w:t>Pearson Edexcel GCSE Mathematics 1MA1 · L009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Convert 7/20 into a decimal and percentage, then order it with 0.3 and 32%.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learner claims 0.125=12.5/10 percent. Correct the conversion.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