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HIGHER EXTENSION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Recurring decimals as exact fractions</w:t>
      </w:r>
    </w:p>
    <w:p>
      <w:r>
        <w:t>Pearson Edexcel GCSE Mathematics 1MA1 • L009</w:t>
        <w:br/>
        <w:t>Higher-only content • 10-minute alternative route • Lesson resources</w:t>
      </w:r>
    </w:p>
    <w:p>
      <w:r>
        <w:t>REACH FOR THE STAR  |  GCSE MATHEMATICS</w:t>
      </w:r>
    </w:p>
    <w:p>
      <w:r>
        <w:t>Higher route: replace the 2-minute A3 feedback and the two 4-minute Challenge discussions with this 10-minute taught extension. Retain core P1–P2. Set HX1–HX2 as the final four minutes of that alternative, and use the shared challenges later if needed. The core route remains 60 minutes; the extension is not an additional compulsory ten minutes. Route choice reflects tier curriculum, not temporary support needs.</w:t>
      </w:r>
    </w:p>
    <w:p>
      <w:pPr>
        <w:pStyle w:val="Heading1"/>
      </w:pPr>
      <w:r>
        <w:t>Discover through a worked example</w:t>
      </w:r>
    </w:p>
    <w:p>
      <w:r>
        <w:t>Let x=0.272727… with 27 repeating forever. Multiplying by 100 shifts one full repeating block: 100x=27.272727…. Subtract x: 99x=27 because the repeating tails cancel exactly. Therefore x=27/99=3/11. Multiplying by 100 is chosen because the block has two digits. This uses exact infinite repetition, not a rounded display.</w:t>
      </w:r>
    </w:p>
    <w:p>
      <w:pPr>
        <w:pStyle w:val="Heading2"/>
      </w:pPr>
      <w:r>
        <w:t>H1</w:t>
      </w:r>
    </w:p>
    <w:p>
      <w:r>
        <w:t>Let x=0.666… with 6 repeating. Complete 10x=6.666…; 10x−x=__; 9x=__; x=__.</w:t>
      </w:r>
    </w:p>
    <w:p>
      <w:r>
        <w:t>Optional scaffold: One repeating digit means multiply by 10.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H2</w:t>
      </w:r>
    </w:p>
    <w:p>
      <w:r>
        <w:t>Use the model to convert 0.454545… (45 repeating) to an exact fraction. State the multiplier.</w:t>
      </w:r>
    </w:p>
    <w:p>
      <w:r>
        <w:t>Optional scaffold: Align the repeating tails before subtracting.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Apply and prove independently</w:t>
      </w:r>
    </w:p>
    <w:p>
      <w:r>
        <w:t>Four marks. Show working. Your teacher reviews the reasoning; these answers are not automatically marked.</w:t>
      </w:r>
    </w:p>
    <w:p>
      <w:pPr>
        <w:pStyle w:val="Heading2"/>
      </w:pPr>
      <w:r>
        <w:t>HX1</w:t>
      </w:r>
    </w:p>
    <w:p>
      <w:r>
        <w:t>Convert 0.777… (7 repeating) to an exact fraction, showing the subtraction step.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HX2</w:t>
      </w:r>
    </w:p>
    <w:p>
      <w:r>
        <w:t>Convert 0.363636… (36 repeating) to an exact fraction, showing the subtraction step.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Next step</w:t>
      </w:r>
    </w:p>
    <w:p>
      <w:r>
        <w:t>Record which step needs practice. Retry a fresh example after a delay. A completed task does not establish mastery.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RFTS-PEARSON-GCSE-MAT-1MA1-NUM-L009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Recurring decimals as exact fractions</dc:title>
  <dc:subject>Fractions decimals and percentages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