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L009</w:t>
        <w:br/>
        <w:t>10 minutes • Lesson resources</w:t>
      </w:r>
    </w:p>
    <w:p>
      <w:r>
        <w:t>REACH FOR THE STAR  |  GCSE MATHEMATICS</w:t>
      </w:r>
    </w:p>
    <w:p>
      <w:r>
        <w:t>L010: Fractions and percentages of amounts</w:t>
      </w:r>
    </w:p>
    <w:p>
      <w:pPr>
        <w:pStyle w:val="Heading2"/>
      </w:pPr>
      <w:r>
        <w:t>F1</w:t>
      </w:r>
    </w:p>
    <w:p>
      <w:r>
        <w:t>Tomorrow convert 0.125 to a fraction and percentage.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L010, find one fifth of 60 and explain the operation.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To find a fraction of an amount, divide by the denominator then multiply by the numerator. A percentage is the same kind of operator: 35% of an amount means multiply it by 35/100.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