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Fractions decimals and percentages</w:t>
      </w:r>
    </w:p>
    <w:p>
      <w:r>
        <w:t>Pearson Edexcel GCSE Mathematics 1MA1 • L009</w:t>
        <w:br/>
        <w:t>Foundation and Higher • 60 minutes • Lesson resources</w:t>
      </w:r>
    </w:p>
    <w:p>
      <w:r>
        <w:t>REACH FOR THE STAR  |  GCSE MATHEMATICS</w:t>
      </w:r>
    </w:p>
    <w:p>
      <w:r>
        <w:t>Convert between fractions, decimals and percentages, and compare proportions on a consistent basis.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Percentage: parts per hundred. Proportion: part relative to the whole. Terminating decimal: ends after finitely many places. Recurring decimal: a digit or block repeats indefinitely.</w:t>
      </w:r>
    </w:p>
    <w:p>
      <w:pPr>
        <w:pStyle w:val="Heading2"/>
      </w:pPr>
      <w:r>
        <w:t>R1</w:t>
      </w:r>
    </w:p>
    <w:p>
      <w:r>
        <w:t>Simplify 25/100 and 75/100.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Calculate 0.07 × 100 and 35 ÷ 100.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Calculate (3/5)÷(3/10).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25% means 25/100, so it equals 1/4 and 0.25. Decimal to percentage multiplies the numerical value by 100 and adds %. Fraction to decimal uses division. The percentage sign changes 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25% means 25/100, so it equals 1/4 and 0.25. Decimal to percentage multiplies the numerical value by 100 and adds %. Fraction to decimal uses division. The percentage sign changes the unit: 0.25 is 25%, not 0.25%.</w:t>
      </w:r>
    </w:p>
    <w:p>
      <w:pPr>
        <w:pStyle w:val="Heading2"/>
      </w:pPr>
      <w:r>
        <w:t>D1</w:t>
      </w:r>
    </w:p>
    <w:p>
      <w:r>
        <w:t>Model: 3/5 = 60/100 = 0.6 = 60%. Write 7/20 as a decimal and percentage.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0.08 = 8/100 = 2/25 = 8%. Convert 0.375 to a fraction and percentage.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125% = 125/100 = 5/4 = 1.25. Convert 150% to a fraction and decimal.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3 out of 8 is 3/8 = 0.375 = 37.5%. Express 7 out of 10 as a percentage.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Choose a useful route: common denominator 100 for simple fractions, numerator ÷ denominator otherwise. Keep recurring values exact; 1/3 is 0.333… recurring, not exactly 0.33. Compare by changing all values into one form.</w:t>
      </w:r>
    </w:p>
    <w:p>
      <w:pPr>
        <w:pStyle w:val="Heading2"/>
      </w:pPr>
      <w:r>
        <w:t>A1</w:t>
      </w:r>
    </w:p>
    <w:p>
      <w:r>
        <w:t>Convert to percentages: 0.4, 0.04, 0.004 and 1.4. Explain the place-value pattern.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Write 3/8 as a decimal and percentage. Write 65% as a simplified fraction. Order 0.62, 3/5 and 61% from least to greatest.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Team A scores 18 out of 24; team B scores 14 out of 20. Which has the greater success proportion?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Write each over 100.</w:t>
      </w:r>
    </w:p>
    <w:p>
      <w:r>
        <w:t>Optional check after A3: (18 ÷ 24) × 100 = 75 and (14 ÷ 20) × 100 = 70. Enter the part divided by the whole. A decimal display of 1÷3 is rounded; it does not make 0.33 exact.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Is 1/3 exactly 33%? Explain without relying on a rounded calculator display.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Give three different forms of a proportion greater than 100%, and explain what it means relative to one whole.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40%; 4%; 0.4%; 140%.</w:t>
      </w:r>
    </w:p>
    <w:p>
      <w:r>
        <w:t>A2: 0.375; 37.5%; 13/20; 3/5,61%,0.62.</w:t>
      </w:r>
    </w:p>
    <w:p>
      <w:r>
        <w:t>A3: A: 75%, compared with B:70%.</w:t>
      </w:r>
    </w:p>
    <w:p>
      <w:r>
        <w:t>C1: No: 33%=33/100; 1/3−33/100=1/300.</w:t>
      </w:r>
    </w:p>
    <w:p>
      <w:r>
        <w:t>C2: For example 150%=1.5=3/2, one and a half of the reference whole.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3/4 as a decimal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0.6 as a fraction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Percentage number for 7/20 (omit %)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125% as a decimal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Percentage number for 0.08 (omit %)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1/2 + 1/4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0.75; Q2 3/5; Q3 35; Q4 1.25; Q5 8; Q6 3/4.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Convert 0.45 to a simplified fraction and a percentage.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Compare 7/10 and 68%. Show them in the same form.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Name one decision you can now explain. Set a fresh question and a date for checking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L010: Fractions and percentages of amounts</w:t>
      </w:r>
    </w:p>
    <w:p>
      <w:pPr>
        <w:pStyle w:val="Heading2"/>
      </w:pPr>
      <w:r>
        <w:t>F1</w:t>
      </w:r>
    </w:p>
    <w:p>
      <w:r>
        <w:t>Tomorrow convert 0.125 to a fraction and percentage.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L010, find one fifth of 60 and explain the operation.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To find a fraction of an amount, divide by the denominator then multiply by the numerator. A percentage is the same kind of operator: 35% of an amount means multiply it by 35/100.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Convert 7/20 into a decimal and percentage, then order it with 0.3 and 32%.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learner claims 0.125=12.5/10 percent. Correct the conversion.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L009: Fractions decimals and percentages</w:t>
      </w:r>
    </w:p>
    <w:p>
      <w:r>
        <w:rPr>
          <w:rFonts w:ascii="Arial" w:hAnsi="Arial"/>
          <w:b w:val="0"/>
          <w:color w:val="132A42"/>
          <w:sz w:val="22"/>
        </w:rPr>
        <w:t>Objective: Convert between fractions, decimals and percentages, and compare proportions on a consistent basis.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Convert 7/20 into a decimal and percentage, then order it with 0.3 and 32%.</w:t>
      </w:r>
    </w:p>
    <w:p>
      <w:r>
        <w:rPr>
          <w:rFonts w:ascii="Arial" w:hAnsi="Arial"/>
          <w:b w:val="0"/>
          <w:color w:val="132A42"/>
          <w:sz w:val="20"/>
        </w:rPr>
        <w:t>Deep challenge: A learner claims 0.125=12.5/10 percent. Correct the conversion.</w:t>
      </w:r>
    </w:p>
    <w:p>
      <w:r>
        <w:rPr>
          <w:rFonts w:ascii="Arial" w:hAnsi="Arial"/>
          <w:b/>
          <w:color w:val="0B2E57"/>
          <w:sz w:val="24"/>
        </w:rPr>
        <w:t>My next-step response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decimals and percentages</dc:title>
  <dc:subject>Fractions decimals and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