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L009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Write 0.2 as a simplified fraction.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Write 3/4 as a percentage.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Write 120% as a decimal.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Order 0.58, 3/5 and 59% from least to greatest. Show a common form.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 learner says 0.05=50%. Correct the percentage and explain using hundredths.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Fractions decimals and percentages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