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Fractions and percentages of amounts · Optional extension</w:t>
      </w:r>
    </w:p>
    <w:p>
      <w:r>
        <w:t>Pearson Edexcel GCSE Mathematics 1MA1 · L010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Find 35% of £240 using 10%, 5% and a combination.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class has 18 of 24 learners present. Express attendance as a simplified fraction and percentage.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