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TEACHER ANSWERS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Examination practice solutions</w:t>
      </w:r>
    </w:p>
    <w:p>
      <w:r>
        <w:t>Pearson Edexcel GCSE Mathematics 1MA1 • L010</w:t>
        <w:br/>
        <w:t>10 marks • Teacher use only • Lesson resources</w:t>
      </w:r>
    </w:p>
    <w:p>
      <w:r>
        <w:t>REACH FOR THE STAR  |  GCSE MATHEMATICS</w:t>
      </w:r>
    </w:p>
    <w:p>
      <w:r>
        <w:t>B = independent mark; M = method; A = accuracy dependent on the associated method. Accept equivalent exact values and valid alternative methods. If working or an explanation is requested, do not infer it from the answer alone. Otherwise a correct numerical answer earns the numerical method marks. Follow-through only where stated; no credit for repeating the same component.</w:t>
      </w:r>
    </w:p>
    <w:p>
      <w:pPr>
        <w:pStyle w:val="Heading2"/>
      </w:pPr>
      <w:r>
        <w:t>E1 [2]</w:t>
      </w:r>
    </w:p>
    <w:p>
      <w:r>
        <w:t>45 B1; £14 B1.</w:t>
      </w:r>
    </w:p>
    <w:p>
      <w:pPr>
        <w:pStyle w:val="Heading2"/>
      </w:pPr>
      <w:r>
        <w:t>E2 [3]</w:t>
      </w:r>
    </w:p>
    <w:p>
      <w:r>
        <w:t>18÷3=6 litres per eighth M1; 6×8 M1; 48 litres A1.</w:t>
      </w:r>
    </w:p>
    <w:p>
      <w:pPr>
        <w:pStyle w:val="Heading2"/>
      </w:pPr>
      <w:r>
        <w:t>E3 [2]</w:t>
      </w:r>
    </w:p>
    <w:p>
      <w:r>
        <w:t>150%=1.5 so scale factor exceeds 1 B1; 15%=0.15 between 0 and 1 B1.</w:t>
      </w:r>
    </w:p>
    <w:p>
      <w:pPr>
        <w:pStyle w:val="Heading2"/>
      </w:pPr>
      <w:r>
        <w:t>E4 [3]</w:t>
      </w:r>
    </w:p>
    <w:p>
      <w:r>
        <w:t>90 club members M1; 0.2×90 M1; 18 A1.</w:t>
      </w:r>
    </w:p>
    <w:p>
      <w:r>
        <w:br w:type="page"/>
      </w:r>
    </w:p>
    <w:p>
      <w:pPr>
        <w:pStyle w:val="Heading1"/>
      </w:pPr>
      <w:r>
        <w:t>Feedback, assessment balance and sources</w:t>
      </w:r>
    </w:p>
    <w:p>
      <w:pPr>
        <w:pStyle w:val="Heading1"/>
      </w:pPr>
      <w:r>
        <w:t>Reteach and reassess</w:t>
      </w:r>
    </w:p>
    <w:p>
      <w:r>
        <w:t>If 20% is treated as 20, show 20/100=0.2. If the given part is treated as the whole, draw equal parts and label what is known. Recheck 3/4 of 28=21 and a whole with 2/5 equal to 18 is 45.</w:t>
      </w:r>
    </w:p>
    <w:p>
      <w:r>
        <w:t>Use fresh questions after a delay. Record support used and the next independent check; a high immediate score alone is not mastery.</w:t>
      </w:r>
    </w:p>
    <w:p>
      <w:r>
        <w:t>AO1 2 + AO2 2 + AO3 6 = 10 marks. Item AO judgements are local and require teacher review. This targeted set does not reproduce whole-paper weightings.</w:t>
      </w:r>
    </w:p>
    <w:p>
      <w:r>
        <w:t>Selected content: N11 N12 R3 R9. Specification Issue 2 and sample assessment general marking conventions. Original questions; no past-paper questions reproduced.</w:t>
      </w:r>
    </w:p>
    <w:p>
      <w:r>
        <w:t>https://qualifications.pearson.com/content/dam/pdf/GCSE/mathematics/2015/specification-and-sample-assesment/gcse-maths-2015-specification.pdf</w:t>
      </w:r>
    </w:p>
    <w:p>
      <w:r>
        <w:t>https://qualifications.pearson.com/content/dam/pdf/GCSE/mathematics/2015/specification-and-sample-assesment/GCSE-Mathematics-2015-SAM.pdf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RFTS-PEARSON-GCSE-MAT-1MA1-NUM-L010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Examination practice solutions</dc:title>
  <dc:subject>Fractions and percentages of amounts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