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L010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5/8 of 72 (b) 35% of £40.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tank is 3/8 full and contains 18 litres. Find its capacity. Show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150% of a positive quantity is greater than the quantity, while 15% is smaller.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school has 120 learners. Three quarters attend a club, and 20% of those club members sing. Find the number who sing.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