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Fractions and percentages</w:t>
      </w:r>
    </w:p>
    <w:p>
      <w:r>
        <w:t>Pearson Edexcel GCSE Mathematics 1MA1 • L010</w:t>
        <w:br/>
        <w:t>Foundation and Higher • 60 minutes • Lesson resources</w:t>
      </w:r>
    </w:p>
    <w:p>
      <w:r>
        <w:t>REACH FOR THE STAR  |  GCSE MATHEMATICS</w:t>
      </w:r>
    </w:p>
    <w:p>
      <w:r>
        <w:t>Use fractions and percentages as operators, recover a whole from a known fraction, and explain the chosen reference amount.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Operator: an instruction that scales a quantity. Reference amount: quantity treated as the whole or 100%. Unit fraction: one equal part. Original amount: quantity before a stated operation.</w:t>
      </w:r>
    </w:p>
    <w:p>
      <w:pPr>
        <w:pStyle w:val="Heading2"/>
      </w:pPr>
      <w:r>
        <w:t>R1</w:t>
      </w:r>
    </w:p>
    <w:p>
      <w:r>
        <w:t>Write 3/5 as a percentage and 15% as a decimal.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Calculate (2/3)×(3/4).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Calculate 80÷5 and 80÷10.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Three fifths of 80 is (80÷5)×3=48 because five equal parts make the whole. The same calculation is 80×0.6. For 15% of 80, 10% is 8 and 5% is 4, so the result is 12. A decimal multi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Three fifths of 80 is (80÷5)×3=48 because five equal parts make the whole. The same calculation is 80×0.6. For 15% of 80, 10% is 8 and 5% is 4, so the result is 12. A decimal multiplier gives 80×0.15=12.</w:t>
      </w:r>
    </w:p>
    <w:p>
      <w:pPr>
        <w:pStyle w:val="Heading2"/>
      </w:pPr>
      <w:r>
        <w:t>D1</w:t>
      </w:r>
    </w:p>
    <w:p>
      <w:r>
        <w:t>Model: 3/5 of 80 = 80÷5×3 = 48. Find 3/4 of 28.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15% of £80 is £8+£4=£12. Find 35% of £60.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125% of 40 = 1.25×40 = 50. Find 150% of 24.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3/5 of a whole is 24; one fifth is 8, so the whole is 40. If 2/3 of a whole is 18, find the whole.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Name the whole and write the fraction or decimal multiplier. Calculate, include units and check size. To recover a whole from a known fraction, find one part then all parts, or divide by the fraction. An operator above 1 increases the quantity.</w:t>
      </w:r>
    </w:p>
    <w:p>
      <w:pPr>
        <w:pStyle w:val="Heading2"/>
      </w:pPr>
      <w:r>
        <w:t>A1</w:t>
      </w:r>
    </w:p>
    <w:p>
      <w:r>
        <w:t>Find 10%, 5%, 15% and 150% of 80. Explain which result exceeds 80.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Find (a) 7/8 of 64 (b) 12.5% of £48 (c) the whole when 3/4 equals 27.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group has 30 learners. Two fifths walk to class. Of those walkers, 25% carry a bag. How many walkers carry a bag?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Combine benchmark percentages.</w:t>
      </w:r>
    </w:p>
    <w:p>
      <w:r>
        <w:t>Optional check after A2: (7÷8)×64=56; 0.125×48=6; 27÷0.75=36. Use the ordinary decimal multiplier so calculator-specific percentage-key behaviour is avoided.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Is 20% of 50 equal to 50% of 20? Explain why the equality holds.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A learner knows that 3/5 of a number is 30 and multiplies 30 by 3/5 again. Explain the error and recover the number.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8; 4; 12; 120.</w:t>
      </w:r>
    </w:p>
    <w:p>
      <w:r>
        <w:t>A2: 56; £6; 36.</w:t>
      </w:r>
    </w:p>
    <w:p>
      <w:r>
        <w:t>A3: 3 learners.</w:t>
      </w:r>
    </w:p>
    <w:p>
      <w:r>
        <w:t>C1: Yes, both 10; (20/100)×50=(50/100)×20.</w:t>
      </w:r>
    </w:p>
    <w:p>
      <w:r>
        <w:t>C2: 50, since one fifth is 10. Multiplying again finds 3/5 of the part, not the whole.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3/4 of 32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15% of 60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125% of 24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Whole when 2/5 is 14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12.5% of 40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HCF of 12 and 18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24; Q2 9; Q3 30; Q4 35; Q5 5; Q6 6.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Find 35% of £80, showing a method.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Three quarters of a quantity is 18 kg. Find the whole and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L011: Percentage change and reverse percentages</w:t>
      </w:r>
    </w:p>
    <w:p>
      <w:pPr>
        <w:pStyle w:val="Heading2"/>
      </w:pPr>
      <w:r>
        <w:t>F1</w:t>
      </w:r>
    </w:p>
    <w:p>
      <w:r>
        <w:t>Tomorrow find 15% of 120 and 2/3 of 45.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L011, a £50 price rises by 10%. Find the rise and the new price.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For a percentage increase, retain 100% and add the change. A 10% rise uses multiplier 1.10; a 10% fall uses 0.90. Recovering an original amount reverses this multiplier.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Find 35% of £240 using 10%, 5% and a combination.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class has 18 of 24 learners present. Express attendance as a simplified fraction and percentage.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L010: Fractions and percentages of amounts</w:t>
      </w:r>
    </w:p>
    <w:p>
      <w:r>
        <w:rPr>
          <w:rFonts w:ascii="Arial" w:hAnsi="Arial"/>
          <w:b w:val="0"/>
          <w:color w:val="132A42"/>
          <w:sz w:val="22"/>
        </w:rPr>
        <w:t>Objective: Use fractions and percentages as operators, recover a whole from a known fraction, and explain the chosen reference amount.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Find 35% of £240 using 10%, 5% and a combination.</w:t>
      </w:r>
    </w:p>
    <w:p>
      <w:r>
        <w:rPr>
          <w:rFonts w:ascii="Arial" w:hAnsi="Arial"/>
          <w:b w:val="0"/>
          <w:color w:val="132A42"/>
          <w:sz w:val="20"/>
        </w:rPr>
        <w:t>Deep challenge: A class has 18 of 24 learners present. Express attendance as a simplified fraction and percentage.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and percentages</dc:title>
  <dc:subject>Fractions and percentages of amounts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