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L010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14 B1.</w:t>
      </w:r>
    </w:p>
    <w:p>
      <w:pPr>
        <w:pStyle w:val="Heading2"/>
      </w:pPr>
      <w:r>
        <w:t>M2 [1]</w:t>
      </w:r>
    </w:p>
    <w:p>
      <w:r>
        <w:t>27 B1.</w:t>
      </w:r>
    </w:p>
    <w:p>
      <w:pPr>
        <w:pStyle w:val="Heading2"/>
      </w:pPr>
      <w:r>
        <w:t>M3 [1]</w:t>
      </w:r>
    </w:p>
    <w:p>
      <w:r>
        <w:t>24 B1.</w:t>
      </w:r>
    </w:p>
    <w:p>
      <w:pPr>
        <w:pStyle w:val="Heading2"/>
      </w:pPr>
      <w:r>
        <w:t>M4 [2]</w:t>
      </w:r>
    </w:p>
    <w:p>
      <w:r>
        <w:t>28 litres B1; (3/4)×28=21 B1.</w:t>
      </w:r>
    </w:p>
    <w:p>
      <w:pPr>
        <w:pStyle w:val="Heading2"/>
      </w:pPr>
      <w:r>
        <w:t>M5 [3]</w:t>
      </w:r>
    </w:p>
    <w:p>
      <w:r>
        <w:t>24 adults M1; quarter of 24 M1; 6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20% is treated as 20, show 20/100=0.2. If the given part is treated as the whole, draw equal parts and label what is known. Recheck 3/4 of 28=21 and a whole with 2/5 equal to 18 is 45.</w:t>
      </w:r>
    </w:p>
    <w:p>
      <w:r>
        <w:t>Use fresh questions after a delay. Record support used and the next independent check; a high immediate score alone is not mastery.</w:t>
      </w:r>
    </w:p>
    <w:p>
      <w:r>
        <w:t>AO1 4 + AO2 1 + AO3 3 = 8 marks. Item AO judgements are local and require teacher review. This targeted set does not reproduce whole-paper weightings.</w:t>
      </w:r>
    </w:p>
    <w:p>
      <w:r>
        <w:t>Selected content: N11 N12 R3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