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L010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Find 2/5 of 35.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Find 30% of 90.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Find 150% of 16.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Three quarters of a quantity is 21 litres. Find the whole and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group has 40 people. Three fifths are adults. One quarter of those adults cycle. Find the number of adults who cycle.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Fractions and percentages of amounts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