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L011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Find (a) multiplier for a 7% rise (b) £200 after a 15% reduction.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sale price of £84 follows a 30% reduction. Find the original price and check it.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A £100 price rises by 10% then falls by 10%. Explain why it does not return to £100, giving the final price.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Find interest and final amount on £500 at 4% simple interest for 3 years. Show your method.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Percentage change and reverse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