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L011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0.88 B1.</w:t>
      </w:r>
    </w:p>
    <w:p>
      <w:pPr>
        <w:pStyle w:val="Heading2"/>
      </w:pPr>
      <w:r>
        <w:t>M2 [1]</w:t>
      </w:r>
    </w:p>
    <w:p>
      <w:r>
        <w:t>£60 B1.</w:t>
      </w:r>
    </w:p>
    <w:p>
      <w:pPr>
        <w:pStyle w:val="Heading2"/>
      </w:pPr>
      <w:r>
        <w:t>M3 [1]</w:t>
      </w:r>
    </w:p>
    <w:p>
      <w:r>
        <w:t>£80 B1.</w:t>
      </w:r>
    </w:p>
    <w:p>
      <w:pPr>
        <w:pStyle w:val="Heading2"/>
      </w:pPr>
      <w:r>
        <w:t>M4 [2]</w:t>
      </w:r>
    </w:p>
    <w:p>
      <w:r>
        <w:t>10÷40×100 M1; 25% A1.</w:t>
      </w:r>
    </w:p>
    <w:p>
      <w:pPr>
        <w:pStyle w:val="Heading2"/>
      </w:pPr>
      <w:r>
        <w:t>M5 [3]</w:t>
      </w:r>
    </w:p>
    <w:p>
      <w:r>
        <w:t>£12 yearly B1; £24 total B1; £424 final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subtract the percentage from the final value to reverse, label the original as 100% and the final as 80% or 120%. If increase/decrease are claimed to cancel, test £100 up 20% then down 20%: £96. Recheck £54 after a 10% fall: original £60.</w:t>
      </w:r>
    </w:p>
    <w:p>
      <w:r>
        <w:t>Use fresh questions after a delay. Record support used and the next independent check; a high immediate score alone is not mastery.</w:t>
      </w:r>
    </w:p>
    <w:p>
      <w:r>
        <w:t>AO1 6 + AO2 0 + AO3 2 = 8 marks. Item AO judgements are local and require teacher review. This targeted set does not reproduce whole-paper weightings.</w:t>
      </w:r>
    </w:p>
    <w:p>
      <w:r>
        <w:t>Selected content: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Percentage change and reverse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