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L011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Write the multiplier for a 12% decrease.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Increase £50 by 20%.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Find the original if a 10% increase gives £88.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A price rises from £40 to £50. Show the percentage increase.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Find the final amount for £400 at 3% simple interest for 2 years. Show the annual interest and total interest.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Percentage change and reverse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