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Number checkpoint and feedback · Optional extension</w:t>
      </w:r>
    </w:p>
    <w:p>
      <w:r>
        <w:t>Pearson Edexcel GCSE Mathematics 1MA1 · L012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Solve 3/5 of x=42 and 0.2x=18.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rPr>
          <w:b/>
        </w:rPr>
        <w:t>Deep challenge</w:t>
      </w:r>
    </w:p>
    <w:p>
      <w:r>
        <w:t>Diagnose why 50% increase followed by 50% decrease does not restore the start.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