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L012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Calculate −9−(−4).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Find HCF of 16 and 24.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Write 0.375 as a simplified fraction.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Calculate 2/3+1/4, showing working.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£60 item is reduced by 15%. Find the reduction and the final price, explaining which is asked for.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Number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