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Number checkpoint</w:t>
      </w:r>
    </w:p>
    <w:p>
      <w:r>
        <w:t>Pearson Edexcel GCSE Mathematics 1MA1 • L012</w:t>
        <w:br/>
        <w:t>Foundation and Higher • 60 minutes • Lesson resources</w:t>
      </w:r>
    </w:p>
    <w:p>
      <w:r>
        <w:t>REACH FOR THE STAR  |  GCSE MATHEMATICS</w:t>
      </w:r>
    </w:p>
    <w:p>
      <w:r>
        <w:t>Demonstrate cumulative number understanding, diagnose the cause of an error and verify a repair independently.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Checkpoint: evidence at one point in learning. Diagnostic: used to choose teaching. Reference whole: quantity treated as 1 or 100%. Method mark: credit for a valid mathematical step.</w:t>
      </w:r>
    </w:p>
    <w:p>
      <w:pPr>
        <w:pStyle w:val="Heading2"/>
      </w:pPr>
      <w:r>
        <w:t>R1</w:t>
      </w:r>
    </w:p>
    <w:p>
      <w:r>
        <w:t>Unaided checkpoint: calculate −12−(−7) and 1/3+1/4.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Unaided checkpoint: find HCF of 18 and 30; convert 0.35 to a simplified fraction.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Unaided checkpoint: find 15% of 80; recover the original if 20% off gives £64.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Different errors need different repairs. Adding denominators is a unit error; reversing a percentage with the wrong base is a reference error; a decimal factor error is a place-val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Different errors need different repairs. Adding denominators is a unit error; reversing a percentage with the wrong base is a reference error; a decimal factor error is a place-value error. First identify the decision, then choose a representation and check.</w:t>
      </w:r>
    </w:p>
    <w:p>
      <w:pPr>
        <w:pStyle w:val="Heading2"/>
      </w:pPr>
      <w:r>
        <w:t>D1</w:t>
      </w:r>
    </w:p>
    <w:p>
      <w:r>
        <w:t>Model repair: 1/2+1/3=5/6, not 2/5. Now repair 2/3+1/6=3/9.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 repair: 15% of 80 = 0.15×80 = 12, not 120. Now find 12.5% of 48.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 repair: £64 after 20% off means 64÷0.8=£80. Now recover an original if 25% off gives £54.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 check: original £80, after 20% off £64; 80×0.8=64. Check your £72 answer after a 25% reduction.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Complete R1–R3 unaided as a short checkpoint. Tag each error: units, operation, scale or reference whole. Use the matching D example, then A and P tasks without the prompt. Record a fresh delayed check; do not infer a grade or fixed tier from this lesson.</w:t>
      </w:r>
    </w:p>
    <w:p>
      <w:pPr>
        <w:pStyle w:val="Heading2"/>
      </w:pPr>
      <w:r>
        <w:t>A1</w:t>
      </w:r>
    </w:p>
    <w:p>
      <w:r>
        <w:t>Fresh repair: calculate 3/4+1/6, then (3/4)÷(1/6). Explain the different methods.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Find 35% of 120; simplify 18/30; find LCM of 6 and 15.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£90 jacket is reduced by 20%, then a £6 voucher is deducted. Find the final price. Would subtracting the voucher first give the same answer?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Use twelfths for the sum.</w:t>
      </w:r>
    </w:p>
    <w:p>
      <w:r>
        <w:t>Optional check after A3: enter 90×0.8−6 and (90−6)×0.8. Expect 66 and 67.2. Brackets record the order. Use calculator results to check arithmetic, not to replace explanation.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scores 6/6 on a repeated quiz immediately after seeing answers. What additional mathematical evidence is needed? Give a fresh test question.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£100 price rises 25%, then falls 20%. Does it return to £100? Explain, and compare a 25% fall after the rise.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11/12; 9/2.</w:t>
      </w:r>
    </w:p>
    <w:p>
      <w:r>
        <w:t>A2: 42; 3/5; 30.</w:t>
      </w:r>
    </w:p>
    <w:p>
      <w:r>
        <w:t>A3: £66; no, voucher first gives £67.20.</w:t>
      </w:r>
    </w:p>
    <w:p>
      <w:r>
        <w:t>C1: Independent explanation and a fresh delayed problem; e.g. recover original from £45 after 25% off: £60.</w:t>
      </w:r>
    </w:p>
    <w:p>
      <w:r>
        <w:t>C2: Yes: 1.25×0.8=1. A 25% fall gives £93.75.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−10 − (−6)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HCF of 20 and 30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1/2 + 1/3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0.45 as a fraction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15% of 80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Original if 20% off gives 64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Q1 −4; Q2 10; Q3 5/6; Q4 9/20; Q5 12; Q6 80.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Calculate 5/6−1/4, showing a common denominator.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£81 is the price after a 10% reduction. Find the original and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Name one decision you can now explain. Set a fresh question and a date for checking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L013: Ratio and sharing</w:t>
      </w:r>
    </w:p>
    <w:p>
      <w:pPr>
        <w:pStyle w:val="Heading2"/>
      </w:pPr>
      <w:r>
        <w:t>F1</w:t>
      </w:r>
    </w:p>
    <w:p>
      <w:r>
        <w:t>Tomorrow calculate (2/3)÷(4/9) and find 20% of 75.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L013, simplify 12/18 and explain what the fraction compares.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Ratio a:b compares the first quantity with the second in that order. To share £50 in the ratio 2:3, there are five equal parts. Each part is £10, so the shares are £20 and £30.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Solve 3/5 of x=42 and 0.2x=18.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Diagnose why 50% increase followed by 50% decrease does not restore the start.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L012: Number checkpoint and feedback</w:t>
      </w:r>
    </w:p>
    <w:p>
      <w:r>
        <w:rPr>
          <w:rFonts w:ascii="Arial" w:hAnsi="Arial"/>
          <w:b w:val="0"/>
          <w:color w:val="132A42"/>
          <w:sz w:val="22"/>
        </w:rPr>
        <w:t>Objective: Demonstrate cumulative number understanding, diagnose the cause of an error and verify a repair independently.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chose an appropriate method and produced clear evidence against the lesson objective.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show the missing working step, correct one misconception and test the method on a fresh question.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Solve 3/5 of x=42 and 0.2x=18.</w:t>
      </w:r>
    </w:p>
    <w:p>
      <w:r>
        <w:rPr>
          <w:rFonts w:ascii="Arial" w:hAnsi="Arial"/>
          <w:b w:val="0"/>
          <w:color w:val="132A42"/>
          <w:sz w:val="20"/>
        </w:rPr>
        <w:t>Deep challenge: Diagnose why 50% increase followed by 50% decrease does not restore the start.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checkpoint</dc:title>
  <dc:subject>Number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