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L012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−5 B1.</w:t>
      </w:r>
    </w:p>
    <w:p>
      <w:pPr>
        <w:pStyle w:val="Heading2"/>
      </w:pPr>
      <w:r>
        <w:t>M2 [1]</w:t>
      </w:r>
    </w:p>
    <w:p>
      <w:r>
        <w:t>8 B1.</w:t>
      </w:r>
    </w:p>
    <w:p>
      <w:pPr>
        <w:pStyle w:val="Heading2"/>
      </w:pPr>
      <w:r>
        <w:t>M3 [1]</w:t>
      </w:r>
    </w:p>
    <w:p>
      <w:r>
        <w:t>3/8 B1.</w:t>
      </w:r>
    </w:p>
    <w:p>
      <w:pPr>
        <w:pStyle w:val="Heading2"/>
      </w:pPr>
      <w:r>
        <w:t>M4 [2]</w:t>
      </w:r>
    </w:p>
    <w:p>
      <w:r>
        <w:t>8/12+3/12 M1; 11/12 A1.</w:t>
      </w:r>
    </w:p>
    <w:p>
      <w:pPr>
        <w:pStyle w:val="Heading2"/>
      </w:pPr>
      <w:r>
        <w:t>M5 [3]</w:t>
      </w:r>
    </w:p>
    <w:p>
      <w:r>
        <w:t>£9 reduction B1; £51 final B1; final is original minus reduction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Fraction-unit error: rebuild twelfths. Percentage-base error: label final as 80% and original as 100%. Scaling error: write the decimal operator. Reteach only the selected priority, then reassess 1/3+1/4=7/12 or £48 after 20% off gives original £60.</w:t>
      </w:r>
    </w:p>
    <w:p>
      <w:r>
        <w:t>Use fresh questions after a delay. Record support used and the next independent check; a high immediate score alone is not mastery.</w:t>
      </w:r>
    </w:p>
    <w:p>
      <w:r>
        <w:t>AO1 6 + AO2 1 + AO3 1 = 8 marks. Item AO judgements are local and require teacher review. This targeted set does not reproduce whole-paper weightings.</w:t>
      </w:r>
    </w:p>
    <w:p>
      <w:r>
        <w:t>Selected content: N2 N4 N8 N10 N12 R9.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Number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