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L012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Demonstrate cumulative number understanding, diagnose the cause of an error and verify a repair independently.</w:t>
      </w:r>
    </w:p>
    <w:p>
      <w:r>
        <w:t>L001–L011 integer arithmetic, factors, fractions, FDP and percentages.</w:t>
      </w:r>
    </w:p>
    <w:p>
      <w:r>
        <w:t>Selected specification content: N2 N4 N8 N10 N12 R9.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fraction strips, equal-part bars or a ratio table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£48 is a price after 20% off. To recover the original: A 48×1.2, B 48÷0.8, C 48×0.8. B; a forward check must reproduce £48.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−5; 7/12. Record the first incorrect decision if either fails.</w:t>
      </w:r>
    </w:p>
    <w:p>
      <w:pPr>
        <w:pStyle w:val="Heading2"/>
      </w:pPr>
      <w:r>
        <w:t>R2</w:t>
      </w:r>
    </w:p>
    <w:p>
      <w:r>
        <w:t>6; 7/20. Separate factor and conversion evidence.</w:t>
      </w:r>
    </w:p>
    <w:p>
      <w:pPr>
        <w:pStyle w:val="Heading2"/>
      </w:pPr>
      <w:r>
        <w:t>R3</w:t>
      </w:r>
    </w:p>
    <w:p>
      <w:r>
        <w:t>12; £80. The second answer uses 64÷0.8.</w:t>
      </w:r>
    </w:p>
    <w:p>
      <w:pPr>
        <w:pStyle w:val="Heading2"/>
      </w:pPr>
      <w:r>
        <w:t>D1</w:t>
      </w:r>
    </w:p>
    <w:p>
      <w:r>
        <w:t>5/6. 4/6+1/6 counts sixths.</w:t>
      </w:r>
    </w:p>
    <w:p>
      <w:pPr>
        <w:pStyle w:val="Heading2"/>
      </w:pPr>
      <w:r>
        <w:t>D2</w:t>
      </w:r>
    </w:p>
    <w:p>
      <w:r>
        <w:t>6. 12.5%=1/8.</w:t>
      </w:r>
    </w:p>
    <w:p>
      <w:pPr>
        <w:pStyle w:val="Heading2"/>
      </w:pPr>
      <w:r>
        <w:t>D3</w:t>
      </w:r>
    </w:p>
    <w:p>
      <w:r>
        <w:t>£72. 54 is three quarters; one quarter is 18.</w:t>
      </w:r>
    </w:p>
    <w:p>
      <w:pPr>
        <w:pStyle w:val="Heading2"/>
      </w:pPr>
      <w:r>
        <w:t>D4</w:t>
      </w:r>
    </w:p>
    <w:p>
      <w:r>
        <w:t>72×0.75=54. A useful check reproduces the stated final value.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11/12; 9/2. Addition needs equal parts; division uses the reciprocal.</w:t>
      </w:r>
    </w:p>
    <w:p>
      <w:pPr>
        <w:pStyle w:val="Heading2"/>
      </w:pPr>
      <w:r>
        <w:t>A2</w:t>
      </w:r>
    </w:p>
    <w:p>
      <w:r>
        <w:t>42; 3/5; 30. Select the method from the demand, not nearby questions.</w:t>
      </w:r>
    </w:p>
    <w:p>
      <w:pPr>
        <w:pStyle w:val="Heading2"/>
      </w:pPr>
      <w:r>
        <w:t>A3</w:t>
      </w:r>
    </w:p>
    <w:p>
      <w:r>
        <w:t>£66; no, voucher first gives £67.20. 0.8×90−6=66; 0.8×84=67.2.</w:t>
      </w:r>
    </w:p>
    <w:p>
      <w:pPr>
        <w:pStyle w:val="Heading2"/>
      </w:pPr>
      <w:r>
        <w:t>C1</w:t>
      </w:r>
    </w:p>
    <w:p>
      <w:r>
        <w:t>Independent explanation and a fresh delayed problem; e.g. recover original from £45 after 25% off: £60. Remembering an answer is not the same as choosing a method.</w:t>
      </w:r>
    </w:p>
    <w:p>
      <w:pPr>
        <w:pStyle w:val="Heading2"/>
      </w:pPr>
      <w:r>
        <w:t>C2</w:t>
      </w:r>
    </w:p>
    <w:p>
      <w:r>
        <w:t>Yes: 1.25×0.8=1. A 25% fall gives £93.75. Reciprocal multipliers reverse a change; equal percentage rates need not.</w:t>
      </w:r>
    </w:p>
    <w:p>
      <w:r>
        <w:t>Calculator guidance: Optional check after A3: enter 90×0.8−6 and (90−6)×0.8. Expect 66 and 67.2. Brackets record the order. Use calculator results to check arithmetic, not to replace explanation.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10/12−3/12 M1; 7/12 A1. Independent evidence after repair.</w:t>
      </w:r>
    </w:p>
    <w:p>
      <w:pPr>
        <w:pStyle w:val="Heading2"/>
      </w:pPr>
      <w:r>
        <w:t>P2</w:t>
      </w:r>
    </w:p>
    <w:p>
      <w:r>
        <w:t>£90 B1; 90×0.9=81 B1. Do not add 10% of £81.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3/2; 15. Use exact fractions.</w:t>
      </w:r>
    </w:p>
    <w:p>
      <w:pPr>
        <w:pStyle w:val="Heading2"/>
      </w:pPr>
      <w:r>
        <w:t>F2</w:t>
      </w:r>
    </w:p>
    <w:p>
      <w:r>
        <w:t>2/3; twelve parts compared with eighteen parts of the same size. A ratio will compare quantities in a stated order.</w:t>
      </w:r>
    </w:p>
    <w:p>
      <w:r>
        <w:t>Retrieval answers: -4, 10, 5/6, 9/20, 12, 80.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Fraction-unit error: rebuild twelfths. Percentage-base error: label final as 80% and original as 100%. Scaling error: write the decimal operator. Reteach only the selected priority, then reassess 1/3+1/4=7/12 or £48 after 20% off gives original £60.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Solve 3/5 of x=42 and 0.2x=18.</w:t>
      </w:r>
    </w:p>
    <w:p>
      <w:r>
        <w:t>Answer and reasoning: x=70 and x=90.</w:t>
      </w:r>
    </w:p>
    <w:p>
      <w:pPr>
        <w:pStyle w:val="Heading2"/>
      </w:pPr>
      <w:r>
        <w:t>Deep challenge</w:t>
      </w:r>
    </w:p>
    <w:p>
      <w:r>
        <w:t>Diagnose why 50% increase followed by 50% decrease does not restore the start.</w:t>
      </w:r>
    </w:p>
    <w:p>
      <w:r>
        <w:t>Answer and reasoning: Multipliers 1.5×0.5=0.75, a 25% net decrease.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L012: Number checkpoint and feedback</w:t>
      </w:r>
    </w:p>
    <w:p>
      <w:r>
        <w:rPr>
          <w:rFonts w:ascii="Arial" w:hAnsi="Arial"/>
          <w:b w:val="0"/>
          <w:color w:val="132A42"/>
          <w:sz w:val="22"/>
        </w:rPr>
        <w:t>Objective: Demonstrate cumulative number understanding, diagnose the cause of an error and verify a repair independently.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chose an appropriate method and produced clear evidence against the lesson objective.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show the missing working step, correct one misconception and test the method on a fresh question.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Solve 3/5 of x=42 and 0.2x=18.</w:t>
      </w:r>
    </w:p>
    <w:p>
      <w:r>
        <w:rPr>
          <w:rFonts w:ascii="Arial" w:hAnsi="Arial"/>
          <w:b w:val="0"/>
          <w:color w:val="132A42"/>
          <w:sz w:val="20"/>
        </w:rPr>
        <w:t>Deep challenge: Diagnose why 50% increase followed by 50% decrease does not restore the start.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Compare corrected responses with the original diagnostic and a fresh unprompted question. Record the misconception repaired and a delayed check.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Number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