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L013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Simplify (a) 16:24 (b) 50 cm:2 m.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Share £84 in ratio 3:4. Show one part and check the total.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A learner says A:B=2:5 means A is 2/5 of the whole. Correct and explain.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A:B=4:7 and B exceeds A by 18. Find both values.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Ratio and sharing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