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Ratio and sharing</w:t>
      </w:r>
    </w:p>
    <w:p>
      <w:r>
        <w:t>Pearson Edexcel GCSE Mathematics 1MA1 • L013</w:t>
        <w:br/>
        <w:t>Foundation and Higher • 60 minutes • Lesson resources</w:t>
      </w:r>
    </w:p>
    <w:p>
      <w:r>
        <w:t>REACH FOR THE STAR  |  GCSE MATHEMATICS</w:t>
      </w:r>
    </w:p>
    <w:p>
      <w:r>
        <w:t>Interpret ratios, simplify them and share quantities using equal parts while distinguishing part-to-part from part-to-whole.</w:t>
      </w:r>
    </w:p>
    <w:p>
      <w:r>
        <w:t>Work without a calculator except where a check is invited.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Ratio: ordered comparison of quantities. Part-to-part: compares one component with another. Part-to-whole: compares a component with the total. Equal parts: units of a common size used to share.</w:t>
      </w:r>
    </w:p>
    <w:p>
      <w:pPr>
        <w:pStyle w:val="Heading2"/>
      </w:pPr>
      <w:r>
        <w:t>R1</w:t>
      </w:r>
    </w:p>
    <w:p>
      <w:r>
        <w:t>Simplify 12/18 and find HCF of 12 and 18.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Find 2/5 of 50.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A whole has 3/4 equal to 24. Find the whole.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Red:blue = 2:3 means for every two equal red parts there are three equal blue parts. There are five parts altogether, so red is 2/5 of the whole, not 2/3. Scaling both terms by the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Red:blue = 2:3 means for every two equal red parts there are three equal blue parts. There are five parts altogether, so red is 2/5 of the whole, not 2/3. Scaling both terms by the same positive factor preserves the ratio.</w:t>
      </w:r>
    </w:p>
    <w:p>
      <w:pPr>
        <w:pStyle w:val="Heading2"/>
      </w:pPr>
      <w:r>
        <w:t>D1</w:t>
      </w:r>
    </w:p>
    <w:p>
      <w:r>
        <w:t>Model: 12:18 = 2:3 by dividing both terms by 6. Simplify 15:25.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Model: red:blue=2:3 gives red fraction 2/5 and blue 3/5. For red:blue=3:4, find both fractions of the total.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Model: share £50 in ratio 2:3. Five parts; £10 each; shares £20 and £30. Share £56 in ratio 3:4.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Model: A:B=2:5 and B=30. One part is 6, so A=12. If A:B=3:7 and B=35, find A and the total.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Keep the named order and convert quantities to matching units before simplifying. To share a total, add ratio parts, divide the total by that sum, then multiply for each share. If one share or the difference is given, match it to its number of parts first.</w:t>
      </w:r>
    </w:p>
    <w:p>
      <w:pPr>
        <w:pStyle w:val="Heading2"/>
      </w:pPr>
      <w:r>
        <w:t>A1</w:t>
      </w:r>
    </w:p>
    <w:p>
      <w:r>
        <w:t>Simplify 6:9, 12:18 and 20:30. What is unchanged?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Share 72 in ratio 5:3. Then, for A:B=4:7 and A=20, find B.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A mixture uses concentrate:water=1:4. Make 750 ml of mixture. How much of each is needed?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Use a common factor.</w:t>
      </w:r>
    </w:p>
    <w:p>
      <w:r>
        <w:t>Optional check after A3: 750÷5×1=150; 750÷5×4=600. Check 150+600=750 and 150:600=1:4. A correct sum alone does not establish the ratio.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A:B=2:3 and B=12. A learner says A=8, so A is 2/3 of the total. Identify what is correct and repair the claim.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A:B=3:5 and B is 14 more than A. Find A and B.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All 2:3.</w:t>
      </w:r>
    </w:p>
    <w:p>
      <w:r>
        <w:t>A2: 45 and 27; B=35.</w:t>
      </w:r>
    </w:p>
    <w:p>
      <w:r>
        <w:t>A3: 150 ml concentrate and 600 ml water.</w:t>
      </w:r>
    </w:p>
    <w:p>
      <w:r>
        <w:t>C1: A=8 is correct. Total=20, so A is 2/5 of the total.</w:t>
      </w:r>
    </w:p>
    <w:p>
      <w:r>
        <w:t>C2: Difference is 2 parts=14; one part=7; A=21, B=35.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Total parts in ratio 3:5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First share when 40 is shared 3:5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Second term: 12:18 = 2:?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Red fraction of total for red:blue=2:3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A:B=4:7, A=20. Find B.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35% of 80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8; Q2 15; Q3 3; Q4 2/5; Q5 35; Q6 28.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Share £63 in ratio 2:5. Show the value of one part.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A:B=3:5. Express A as a fraction of the total and explain the denominator.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Name one decision you can now explain. Set a fresh question and a date for checking it without support.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L014: Scale and proportion</w:t>
      </w:r>
    </w:p>
    <w:p>
      <w:pPr>
        <w:pStyle w:val="Heading2"/>
      </w:pPr>
      <w:r>
        <w:t>F1</w:t>
      </w:r>
    </w:p>
    <w:p>
      <w:r>
        <w:t>Tomorrow simplify 18:24 and share 40 in ratio 3:5.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L014, 2 cm on a diagram represents 10 m. How many metres does 1 cm represent?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In direct proportion, multiplying one quantity by a factor multiplies the other by the same factor. A scale drawing uses one constant length ratio. Match units before writing a scale such as 1:500.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t>Optional extension activities</w:t>
      </w:r>
    </w:p>
    <w:p>
      <w:pPr>
        <w:pStyle w:val="Heading2"/>
      </w:pPr>
      <w:r>
        <w:t>Stretch</w:t>
      </w:r>
    </w:p>
    <w:p>
      <w:r>
        <w:t>Split £126 in ratio 2:3:4 and check the parts total.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A sum is split A:B=3:5 and B:C=2:3. Find A:B:C in whole numbers.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L013: Ratio and sharing</w:t>
      </w:r>
    </w:p>
    <w:p>
      <w:r>
        <w:rPr>
          <w:rFonts w:ascii="Arial" w:hAnsi="Arial"/>
          <w:b w:val="0"/>
          <w:color w:val="132A42"/>
          <w:sz w:val="22"/>
        </w:rPr>
        <w:t>Objective: Interpret ratios, simplify them and share quantities using equal parts while distinguishing part-to-part from part-to-whole.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selected a suitable representation or multiplier and kept the reference amount clear.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state the whole/part, show each operation and check that the size of my answer is reasonable.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Split £126 in ratio 2:3:4 and check the parts total.</w:t>
      </w:r>
    </w:p>
    <w:p>
      <w:r>
        <w:rPr>
          <w:rFonts w:ascii="Arial" w:hAnsi="Arial"/>
          <w:b w:val="0"/>
          <w:color w:val="132A42"/>
          <w:sz w:val="20"/>
        </w:rPr>
        <w:t>Deep challenge: A sum is split A:B=3:5 and B:C=2:3. Find A:B:C in whole numbers.</w:t>
      </w:r>
    </w:p>
    <w:p>
      <w:r>
        <w:rPr>
          <w:rFonts w:ascii="Arial" w:hAnsi="Arial"/>
          <w:b/>
          <w:color w:val="0B2E57"/>
          <w:sz w:val="24"/>
        </w:rPr>
        <w:t>My next-step response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Ratio and sharing</dc:title>
  <dc:subject>Ratio and sharing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