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L013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Simplify 18:30.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For A:B=2:7, write A as a fraction of the total.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For A:B=3:4 and B=20, find A.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Share £48 in ratio 1:3. Show one part.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drink uses syrup:water=2:5. Make 560 ml in total. Find both ingredient amounts.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Ratio and sharing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