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L013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Interpret ratios, simplify them and share quantities using equal parts while distinguishing part-to-part from part-to-whole.</w:t>
      </w:r>
    </w:p>
    <w:p>
      <w:r>
        <w:t>L005 HCF; L006 equivalent fractions; L010 fractions of quantities and recovering wholes.</w:t>
      </w:r>
    </w:p>
    <w:p>
      <w:r>
        <w:t>Selected specification content: N11 R4 R5 R6 R8.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fraction strips, equal-part bars or a ratio table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Red:blue=2:3. Red fraction of the total? A 2/3, B 2/5, C 3/5. B; five parts form the whole.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2/3; 6. Divide both entries by the same factor.</w:t>
      </w:r>
    </w:p>
    <w:p>
      <w:pPr>
        <w:pStyle w:val="Heading2"/>
      </w:pPr>
      <w:r>
        <w:t>R2</w:t>
      </w:r>
    </w:p>
    <w:p>
      <w:r>
        <w:t>20. Five parts of 10; choose two.</w:t>
      </w:r>
    </w:p>
    <w:p>
      <w:pPr>
        <w:pStyle w:val="Heading2"/>
      </w:pPr>
      <w:r>
        <w:t>R3</w:t>
      </w:r>
    </w:p>
    <w:p>
      <w:r>
        <w:t>32. One quarter is 8.</w:t>
      </w:r>
    </w:p>
    <w:p>
      <w:pPr>
        <w:pStyle w:val="Heading2"/>
      </w:pPr>
      <w:r>
        <w:t>D1</w:t>
      </w:r>
    </w:p>
    <w:p>
      <w:r>
        <w:t>3:5. Divide both terms by 5.</w:t>
      </w:r>
    </w:p>
    <w:p>
      <w:pPr>
        <w:pStyle w:val="Heading2"/>
      </w:pPr>
      <w:r>
        <w:t>D2</w:t>
      </w:r>
    </w:p>
    <w:p>
      <w:r>
        <w:t>3/7 and 4/7. Seven parts make the whole.</w:t>
      </w:r>
    </w:p>
    <w:p>
      <w:pPr>
        <w:pStyle w:val="Heading2"/>
      </w:pPr>
      <w:r>
        <w:t>D3</w:t>
      </w:r>
    </w:p>
    <w:p>
      <w:r>
        <w:t>£24 and £32. Seven parts at £8 each.</w:t>
      </w:r>
    </w:p>
    <w:p>
      <w:pPr>
        <w:pStyle w:val="Heading2"/>
      </w:pPr>
      <w:r>
        <w:t>D4</w:t>
      </w:r>
    </w:p>
    <w:p>
      <w:r>
        <w:t>A=15; total=50. 35 corresponds to seven parts.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All 2:3. The relative amounts, not the absolute sizes.</w:t>
      </w:r>
    </w:p>
    <w:p>
      <w:pPr>
        <w:pStyle w:val="Heading2"/>
      </w:pPr>
      <w:r>
        <w:t>A2</w:t>
      </w:r>
    </w:p>
    <w:p>
      <w:r>
        <w:t>45 and 27; B=35. The second problem gives a share, not the total.</w:t>
      </w:r>
    </w:p>
    <w:p>
      <w:pPr>
        <w:pStyle w:val="Heading2"/>
      </w:pPr>
      <w:r>
        <w:t>A3</w:t>
      </w:r>
    </w:p>
    <w:p>
      <w:r>
        <w:t>150 ml concentrate and 600 ml water. Five parts at 150 ml; sum 750 ml.</w:t>
      </w:r>
    </w:p>
    <w:p>
      <w:pPr>
        <w:pStyle w:val="Heading2"/>
      </w:pPr>
      <w:r>
        <w:t>C1</w:t>
      </w:r>
    </w:p>
    <w:p>
      <w:r>
        <w:t>A=8 is correct. Total=20, so A is 2/5 of the total. 2/3 compares A with B, not A with A+B.</w:t>
      </w:r>
    </w:p>
    <w:p>
      <w:pPr>
        <w:pStyle w:val="Heading2"/>
      </w:pPr>
      <w:r>
        <w:t>C2</w:t>
      </w:r>
    </w:p>
    <w:p>
      <w:r>
        <w:t>Difference is 2 parts=14; one part=7; A=21, B=35. The given difference is not the total.</w:t>
      </w:r>
    </w:p>
    <w:p>
      <w:r>
        <w:t>Calculator guidance: Optional check after A3: 750÷5×1=150; 750÷5×4=600. Check 150+600=750 and 150:600=1:4. A correct sum alone does not establish the ratio.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One part £9 M1; £18 and £45 A1 (both). Check sum and ratio.</w:t>
      </w:r>
    </w:p>
    <w:p>
      <w:pPr>
        <w:pStyle w:val="Heading2"/>
      </w:pPr>
      <w:r>
        <w:t>P2</w:t>
      </w:r>
    </w:p>
    <w:p>
      <w:r>
        <w:t>3/8 B1; total has 3+5=8 equal parts B1. Part-to-whole differs from part-to-part.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3:4; 15 and 25. Check both total and relative size.</w:t>
      </w:r>
    </w:p>
    <w:p>
      <w:pPr>
        <w:pStyle w:val="Heading2"/>
      </w:pPr>
      <w:r>
        <w:t>F2</w:t>
      </w:r>
    </w:p>
    <w:p>
      <w:r>
        <w:t>5 m. Divide both corresponding quantities by 2.</w:t>
      </w:r>
    </w:p>
    <w:p>
      <w:r>
        <w:t>Retrieval answers: 8, 15, 3, 2/5, 35, 28.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red is called 2/3 of the whole for 2:3, draw five equal parts. If learners divide the total by only one ratio term, label all parts. If units differ, convert first. Recheck £40 shared 3:5 gives £15 and £25.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Split £126 in ratio 2:3:4 and check the parts total.</w:t>
      </w:r>
    </w:p>
    <w:p>
      <w:r>
        <w:t>Answer and reasoning: Nine parts at £14: £28, £42, £56; total £126.</w:t>
      </w:r>
    </w:p>
    <w:p>
      <w:pPr>
        <w:pStyle w:val="Heading2"/>
      </w:pPr>
      <w:r>
        <w:t>Deep challenge</w:t>
      </w:r>
    </w:p>
    <w:p>
      <w:r>
        <w:t>A sum is split A:B=3:5 and B:C=2:3. Find A:B:C in whole numbers.</w:t>
      </w:r>
    </w:p>
    <w:p>
      <w:r>
        <w:t>Answer and reasoning: Equalise B at 10: A:B=6:10 and B:C=10:15, so 6:10:15.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L013: Ratio and sharing</w:t>
      </w:r>
    </w:p>
    <w:p>
      <w:r>
        <w:rPr>
          <w:rFonts w:ascii="Arial" w:hAnsi="Arial"/>
          <w:b w:val="0"/>
          <w:color w:val="132A42"/>
          <w:sz w:val="22"/>
        </w:rPr>
        <w:t>Objective: Interpret ratios, simplify them and share quantities using equal parts while distinguishing part-to-part from part-to-whole.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Split £126 in ratio 2:3:4 and check the parts total.</w:t>
      </w:r>
    </w:p>
    <w:p>
      <w:r>
        <w:rPr>
          <w:rFonts w:ascii="Arial" w:hAnsi="Arial"/>
          <w:b w:val="0"/>
          <w:color w:val="132A42"/>
          <w:sz w:val="20"/>
        </w:rPr>
        <w:t>Deep challenge: A sum is split A:B=3:5 and B:C=2:3. Find A:B:C in whole numbers.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Ratio and sharing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