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L014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At scale 1:400 find (a) real metres for 2 cm (b) drawing cm for 20 m.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A recipe for 6 people uses 450 g flour. You have 600 g. How many people can the same recipe serve? Show working.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A hire cost is £5 plus £2 per hour. Is it directly proportional to hours? Give a reason.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A line for a 12 m path is 3 cm on a plan. Find the scale as 1:n and explain the unit conversion.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Scale and proportion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