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L014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Convert 2.4 m to cm.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At 1:200, what real length in metres is 3 cm?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Four people need 160 g. Same recipe: how much for one?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Five people need 300 g. Find the amount for eight, showing the multiplier.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1:500 plan has labelled sides 4 cm and 3 cm for a rectangle. Find both real sides and the real perimeter.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