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L015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Unit rates and best buys   1 min   Recall</w:t>
      </w:r>
    </w:p>
    <w:p>
      <w:r>
        <w:t>Compare prices using a common unit. Interpret the best buy in terms of cost, quantity needed and waste.</w:t>
      </w:r>
    </w:p>
    <w:p>
      <w:pPr>
        <w:pStyle w:val="Heading2"/>
      </w:pPr>
      <w:r>
        <w:t>02   The goal and the evidence   1 min   Recall</w:t>
      </w:r>
    </w:p>
    <w:p>
      <w:r>
        <w:t>L013 ratio; L014 unitary method; decimal division and grams to kilograms.</w:t>
      </w:r>
    </w:p>
    <w:p>
      <w:pPr>
        <w:pStyle w:val="Heading2"/>
      </w:pPr>
      <w:r>
        <w:t>03   Starting-point diagnostic   5 min   Recall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p>
      <w:pPr>
        <w:pStyle w:val="Heading2"/>
      </w:pPr>
      <w:r>
        <w:t>04   Worked example and your turn   3 min   Discover</w:t>
      </w:r>
    </w:p>
    <w:p>
      <w:r>
        <w:t>£0.60 per apple. 4.80÷8=0.60; 8×0.60=4.80.</w:t>
      </w:r>
    </w:p>
    <w:p>
      <w:pPr>
        <w:pStyle w:val="Heading2"/>
      </w:pPr>
      <w:r>
        <w:t>05   Worked example and your turn   3 min   Discover</w:t>
      </w:r>
    </w:p>
    <w:p>
      <w:r>
        <w:t>£4.80/kg. 3.60÷0.75=4.80.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500 g pack is cheaper per kg: £4 versus £4.20. Compare equal masses, not ticket prices.</w:t>
      </w:r>
    </w:p>
    <w:p>
      <w:pPr>
        <w:pStyle w:val="Heading2"/>
      </w:pPr>
      <w:r>
        <w:t>07   Worked example and your turn   3 min   Discover</w:t>
      </w:r>
    </w:p>
    <w:p>
      <w:r>
        <w:t>Three loose items cost less: £1.50. The pack has a lower unit price but a higher bill.</w:t>
      </w:r>
    </w:p>
    <w:p>
      <w:pPr>
        <w:pStyle w:val="Heading2"/>
      </w:pPr>
      <w:r>
        <w:t>08   A method you can explain   2 min   Discover</w:t>
      </w:r>
    </w:p>
    <w:p>
      <w:r>
        <w:t>Choose a common unit and label it. Divide each cost by its quantity, compare unrounded results, then consider the amount actually needed. Multiply back to check.</w:t>
      </w:r>
    </w:p>
    <w:p>
      <w:pPr>
        <w:pStyle w:val="Heading2"/>
      </w:pPr>
      <w:r>
        <w:t>09   Diagnostic pause   3 min   Apply</w:t>
      </w:r>
    </w:p>
    <w:p>
      <w:r>
        <w:t>A: 4 pens for £2; B: 10 for £6. Lower unit price? A A, B B, C equal. Answer A: 50p compared with 60p.</w:t>
      </w:r>
    </w:p>
    <w:p>
      <w:pPr>
        <w:pStyle w:val="Heading2"/>
      </w:pPr>
      <w:r>
        <w:t>10   Careful variation   4 min   Apply</w:t>
      </w:r>
    </w:p>
    <w:p>
      <w:r>
        <w:t>All £6/kg. Quantity and cost scale together.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£4.50/kg and £4/kg; 600 g is better value. Both prices use one kilogram.</w:t>
      </w:r>
    </w:p>
    <w:p>
      <w:pPr>
        <w:pStyle w:val="Heading2"/>
      </w:pPr>
      <w:r>
        <w:t>12   Use the method in context   4 min   Apply</w:t>
      </w:r>
    </w:p>
    <w:p>
      <w:r>
        <w:t>Three packs of 5 cost £9; two packs of 8 cost £10. Choose packs of 5. Round pack counts up; leftovers are allowed.</w:t>
      </w:r>
    </w:p>
    <w:p>
      <w:pPr>
        <w:pStyle w:val="Heading2"/>
      </w:pPr>
      <w:r>
        <w:t>13   Intentional practice feedback   2 min   Apply</w:t>
      </w:r>
    </w:p>
    <w:p>
      <w:r>
        <w:t>Round pack counts up; leftovers are allowed. Calculator check after A2: enter 1.80÷0.4 and 2.40÷0.6. Expect 4.5 and 4. Keep unrounded values when comparing; money answers use pounds and pence.</w:t>
      </w:r>
    </w:p>
    <w:p>
      <w:pPr>
        <w:pStyle w:val="Heading2"/>
      </w:pPr>
      <w:r>
        <w:t>14   A claim to test   4 min   Challenge</w:t>
      </w:r>
    </w:p>
    <w:p>
      <w:r>
        <w:t>Example: 500 g for £2 is £4/kg; 1 kg for £5 is £5/kg. One valid counterexample disproves always.</w:t>
      </w:r>
    </w:p>
    <w:p>
      <w:pPr>
        <w:pStyle w:val="Heading2"/>
      </w:pPr>
      <w:r>
        <w:t>15   Deepen the reasoning   4 min   Challenge</w:t>
      </w:r>
    </w:p>
    <w:p>
      <w:r>
        <w:t>A £6/kg; B £4/kg. B is cheaper per kg. 20% is applied to the £5 price, not to the mass.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50, 4, 3/4, 7.2, 4, 12. Completion is not mastery.</w:t>
      </w:r>
    </w:p>
    <w:p>
      <w:pPr>
        <w:pStyle w:val="Heading2"/>
      </w:pPr>
      <w:r>
        <w:t>17   Independent exit evidence   2 min   Prove</w:t>
      </w:r>
    </w:p>
    <w:p>
      <w:r>
        <w:t>3.20÷0.8 M1; £4/kg A1. Accept scaling 800 g to 1000 g.</w:t>
      </w:r>
    </w:p>
    <w:p>
      <w:pPr>
        <w:pStyle w:val="Heading2"/>
      </w:pPr>
      <w:r>
        <w:t>18   Independent exit evidence   3 min   Prove</w:t>
      </w:r>
    </w:p>
    <w:p>
      <w:r>
        <w:t>60p and 50p per item B1 both; 10-item pack B1. Compare the same units.</w:t>
      </w:r>
    </w:p>
    <w:p>
      <w:pPr>
        <w:pStyle w:val="Heading2"/>
      </w:pPr>
      <w:r>
        <w:t>19   Feedback and next steps   2 min   Prove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p>
      <w:pPr>
        <w:pStyle w:val="Heading2"/>
      </w:pPr>
      <w:r>
        <w:t>20   Before the next lesson   1 min   Recall</w:t>
      </w:r>
    </w:p>
    <w:p>
      <w:r>
        <w:t>A ratio shares a total into equal parts. Proportion scales corresponding amounts by the same factor. Decide whether the given number is a total, one share or a difference before calculating.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L015: Unit rates and best buys</w:t>
      </w:r>
    </w:p>
    <w:p>
      <w:r>
        <w:rPr>
          <w:rFonts w:ascii="Arial" w:hAnsi="Arial"/>
          <w:b w:val="0"/>
          <w:color w:val="132A42"/>
          <w:sz w:val="22"/>
        </w:rPr>
        <w:t>Objective: Compare prices using a common unit. Interpret the best buy in terms of cost, quantity needed and waste.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750 g pack costs £2.40 and a 1.2 kg pack costs £3.60. Which is better value per kg?</w:t>
      </w:r>
    </w:p>
    <w:p>
      <w:r>
        <w:rPr>
          <w:rFonts w:ascii="Arial" w:hAnsi="Arial"/>
          <w:b w:val="0"/>
          <w:color w:val="132A42"/>
          <w:sz w:val="20"/>
        </w:rPr>
        <w:t>Deep challenge: A 20% discount applies to the 750 g pack. Does the best buy change?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