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L015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unit prices: (a) 5 for £3, in pence each; (b) 1.5 kg for £6, in £/kg.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400 g pack costs £2. A 1 kg pack costs £4.80. Find both £/kg prices and identify better value.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the lowest unit price may not give the lowest bill when you need only one item. Use an example.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750 g pack costs £4.50 with 20% off. Find its reduced price and unit price in £/kg.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