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Unit rates and best buys · Optional extension</w:t>
      </w:r>
    </w:p>
    <w:p>
      <w:r>
        <w:t>Pearson Edexcel GCSE Mathematics 1MA1 · L015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A 750 g pack costs £2.40 and a 1.2 kg pack costs £3.60. Which is better value per kg?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A 20% discount applies to the 750 g pack. Does the best buy change?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