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Unit rates and best buys · Optional extension</w:t>
      </w:r>
    </w:p>
    <w:p>
      <w:r>
        <w:t>Pearson Edexcel GCSE Mathematics 1MA1 · L015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A 750 g pack costs £2.40 and a 1.2 kg pack costs £3.60. Which is better value per kg?</w:t>
      </w:r>
    </w:p>
    <w:p>
      <w:r>
        <w:t>Answer and reasoning: £3.20/kg versus £3.00/kg, so 1.2 kg pack.</w:t>
      </w:r>
    </w:p>
    <w:p>
      <w:r>
        <w:rPr>
          <w:b/>
        </w:rPr>
        <w:t>Deep challenge</w:t>
      </w:r>
    </w:p>
    <w:p>
      <w:r>
        <w:t>A 20% discount applies to the 750 g pack. Does the best buy change?</w:t>
      </w:r>
    </w:p>
    <w:p>
      <w:r>
        <w:t>Answer and reasoning: 750 g pack becomes £1.92, or £2.56/kg; it is now cheaper per kg.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