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FLIPPED LEARNING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Preparation for the next lesson</w:t>
      </w:r>
    </w:p>
    <w:p>
      <w:r>
        <w:t>Pearson Edexcel GCSE Mathematics 1MA1 • L015</w:t>
        <w:br/>
        <w:t>10 minutes • Lesson resources</w:t>
      </w:r>
    </w:p>
    <w:p>
      <w:r>
        <w:t>REACH FOR THE STAR  |  GCSE MATHEMATICS</w:t>
      </w:r>
    </w:p>
    <w:p>
      <w:r>
        <w:t>L016: Proportion problems and repair</w:t>
      </w:r>
    </w:p>
    <w:p>
      <w:pPr>
        <w:pStyle w:val="Heading2"/>
      </w:pPr>
      <w:r>
        <w:t>F1</w:t>
      </w:r>
    </w:p>
    <w:p>
      <w:r>
        <w:t>Tomorrow find £/kg for 250 g costing £1.10.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F2</w:t>
      </w:r>
    </w:p>
    <w:p>
      <w:r>
        <w:t>Before L016, share £48 in the ratio 1:3 and explain what one part represents.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1"/>
      </w:pPr>
      <w:r>
        <w:t>Read before the next lesson</w:t>
      </w:r>
    </w:p>
    <w:p>
      <w:r>
        <w:t>A ratio shares a total into equal parts. Proportion scales corresponding amounts by the same factor. Decide whether the given number is a total, one share or a difference before calculating.</w:t>
      </w:r>
    </w:p>
    <w:p>
      <w:r>
        <w:t>Bring your methods and one question. Retry F1 in one week.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RFTS-PEARSON-GCSE-MAT-1MA1-RAT-L015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Preparation for the next lesson</dc:title>
  <dc:subject>Unit rates and best buys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