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Unit rates and best buys</w:t>
      </w:r>
    </w:p>
    <w:p>
      <w:r>
        <w:t>Pearson Edexcel GCSE Mathematics 1MA1 • L015</w:t>
        <w:br/>
        <w:t>Foundation and Higher • 60 minutes • Lesson resources</w:t>
      </w:r>
    </w:p>
    <w:p>
      <w:r>
        <w:t>REACH FOR THE STAR  |  GCSE MATHEMATICS</w:t>
      </w:r>
    </w:p>
    <w:p>
      <w:r>
        <w:t>Compare prices using a common unit. Interpret the best buy in terms of cost, quantity needed and waste.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Unit rate: amount per one unit. Unit price: cost for one item or unit of mass. Comparable: measured on the same basis. Budget: maximum available spending.</w:t>
      </w:r>
    </w:p>
    <w:p>
      <w:pPr>
        <w:pStyle w:val="Heading2"/>
      </w:pPr>
      <w:r>
        <w:t>R1</w:t>
      </w:r>
    </w:p>
    <w:p>
      <w:r>
        <w:t>Convert 750 g to kg.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Share £3 equally across 6 items.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Find 20% of £4.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Dividing cost by quantity gives a unit price because equal quantities carry equal shares of the price. £3 for 6 items is £0.50 per item. For mass, convert to the same unit first. T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Dividing cost by quantity gives a unit price because equal quantities carry equal shares of the price. £3 for 6 items is £0.50 per item. For mass, convert to the same unit first. The lowest unit price need not give the lowest bill for a small purchase.</w:t>
      </w:r>
    </w:p>
    <w:p>
      <w:pPr>
        <w:pStyle w:val="Heading2"/>
      </w:pPr>
      <w:r>
        <w:t>D1</w:t>
      </w:r>
    </w:p>
    <w:p>
      <w:r>
        <w:t>Model: £3 for 6 apples gives 3÷6=£0.50 each. Now find the unit price of 8 apples for £4.80.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500 g for £2 gives £4/kg. Now find £/kg for 750 g costing £3.60.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250 g for £1.20 is £4.80/kg; 1 kg for £4.50 is cheaper per kg. Compare 500 g for £2 and 1 kg for £4.20.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3 items at 50p each cost £1.50. A pack of 4 costs £1.80. If you need exactly 3, which costs less?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Choose a common unit and label it. Divide each cost by its quantity, compare unrounded results, then consider the amount actually needed. Multiply back to check.</w:t>
      </w:r>
    </w:p>
    <w:p>
      <w:pPr>
        <w:pStyle w:val="Heading2"/>
      </w:pPr>
      <w:r>
        <w:t>A1</w:t>
      </w:r>
    </w:p>
    <w:p>
      <w:r>
        <w:t>Find £/kg: 250 g for £1.50; 500 g for £3; 750 g for £4.50. What stays constant?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Compare 400 g for £1.80 with 600 g for £2.40. State each unit price and the better value.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You need at least 12 identical notebooks. Packs: 5 for £3 or 8 for £5. Buy only one pack size. Find the cheaper purchase.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Scale to 1000 g.</w:t>
      </w:r>
    </w:p>
    <w:p>
      <w:r>
        <w:t>Calculator check after A2: enter 1.80÷0.4 and 2.40÷0.6. Expect 4.5 and 4. Keep unrounded values when comparing; money answers use pounds and pence.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larger pack always has the lower unit price. Give a numerical counterexample.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A costs £3.60 for 600 g. B costs £5 for 1 kg with 20% off. Compare unit prices and explain the discount base.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All £6/kg.</w:t>
      </w:r>
    </w:p>
    <w:p>
      <w:r>
        <w:t>A2: £4.50/kg and £4/kg; 600 g is better value.</w:t>
      </w:r>
    </w:p>
    <w:p>
      <w:r>
        <w:t>A3: Three packs of 5 cost £9; two packs of 8 cost £10. Choose packs of 5.</w:t>
      </w:r>
    </w:p>
    <w:p>
      <w:r>
        <w:t>C1: Example: 500 g for £2 is £4/kg; 1 kg for £5 is £5/kg.</w:t>
      </w:r>
    </w:p>
    <w:p>
      <w:r>
        <w:t>C2: A £6/kg; B £4/kg. B is cheaper per kg.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Pence per item: 6 for £3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£/kg: 500 g for £2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Kilograms in 750 g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Cost in £ of 3 packs at £2.40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20% off £5: final price in £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First share of 48 in ratio 1:3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50; Q2 4; Q3 3/4; Q4 7.2; Q5 4; Q6 12.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Find £/kg for 800 g costing £3.20. Show a method.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Compare 6 items for £3.60 and 10 for £5. Give both unit prices and identify the better value.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Set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L016: Proportion problems and repair</w:t>
      </w:r>
    </w:p>
    <w:p>
      <w:pPr>
        <w:pStyle w:val="Heading2"/>
      </w:pPr>
      <w:r>
        <w:t>F1</w:t>
      </w:r>
    </w:p>
    <w:p>
      <w:r>
        <w:t>Tomorrow find £/kg for 250 g costing £1.10.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L016, share £48 in the ratio 1:3 and explain what one part represents.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 ratio shares a total into equal parts. Proportion scales corresponding amounts by the same factor. Decide whether the given number is a total, one share or a difference before calculating.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A 750 g pack costs £2.40 and a 1.2 kg pack costs £3.60. Which is better value per kg?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20% discount applies to the 750 g pack. Does the best buy change?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L015: Unit rates and best buys</w:t>
      </w:r>
    </w:p>
    <w:p>
      <w:r>
        <w:rPr>
          <w:rFonts w:ascii="Arial" w:hAnsi="Arial"/>
          <w:b w:val="0"/>
          <w:color w:val="132A42"/>
          <w:sz w:val="22"/>
        </w:rPr>
        <w:t>Objective: Compare prices using a common unit. Interpret the best buy in terms of cost, quantity needed and waste.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A 750 g pack costs £2.40 and a 1.2 kg pack costs £3.60. Which is better value per kg?</w:t>
      </w:r>
    </w:p>
    <w:p>
      <w:r>
        <w:rPr>
          <w:rFonts w:ascii="Arial" w:hAnsi="Arial"/>
          <w:b w:val="0"/>
          <w:color w:val="132A42"/>
          <w:sz w:val="20"/>
        </w:rPr>
        <w:t>Deep challenge: A 20% discount applies to the 750 g pack. Does the best buy change?</w:t>
      </w:r>
    </w:p>
    <w:p>
      <w:r>
        <w:rPr>
          <w:rFonts w:ascii="Arial" w:hAnsi="Arial"/>
          <w:b/>
          <w:color w:val="0B2E57"/>
          <w:sz w:val="24"/>
        </w:rPr>
        <w:t>My next-step response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rates and best buys</dc:title>
  <dc:subject>Unit rates and best buys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