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L015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Find pence per item for 4 items costing £2.80.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Convert 600 g to kilograms.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Find the final price after 10% off £4.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Find £/kg for 750 g costing £3. Show working.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You need 9 items. Packs of 4 cost £2 and packs of 6 cost £3.20. Use only one size. Find the cheaper purchase.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