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L015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Compare prices using a common unit. Interpret the best buy in terms of cost, quantity needed and waste.</w:t>
      </w:r>
    </w:p>
    <w:p>
      <w:r>
        <w:t>L013 ratio; L014 unitary method; decimal division and grams to kilograms.</w:t>
      </w:r>
    </w:p>
    <w:p>
      <w:r>
        <w:t>Selected specification content: R1 R11.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A: 4 pens for £2; B: 10 for £6. Lower unit price? A A, B B, C equal. Answer A: 50p compared with 60p.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0.75 kg. Divide by 1000.</w:t>
      </w:r>
    </w:p>
    <w:p>
      <w:pPr>
        <w:pStyle w:val="Heading2"/>
      </w:pPr>
      <w:r>
        <w:t>R2</w:t>
      </w:r>
    </w:p>
    <w:p>
      <w:r>
        <w:t>£0.50 each. Cost per item.</w:t>
      </w:r>
    </w:p>
    <w:p>
      <w:pPr>
        <w:pStyle w:val="Heading2"/>
      </w:pPr>
      <w:r>
        <w:t>R3</w:t>
      </w:r>
    </w:p>
    <w:p>
      <w:r>
        <w:t>£0.80. One fifth of four pounds.</w:t>
      </w:r>
    </w:p>
    <w:p>
      <w:pPr>
        <w:pStyle w:val="Heading2"/>
      </w:pPr>
      <w:r>
        <w:t>D1</w:t>
      </w:r>
    </w:p>
    <w:p>
      <w:r>
        <w:t>£0.60 per apple. 4.80÷8=0.60; 8×0.60=4.80.</w:t>
      </w:r>
    </w:p>
    <w:p>
      <w:pPr>
        <w:pStyle w:val="Heading2"/>
      </w:pPr>
      <w:r>
        <w:t>D2</w:t>
      </w:r>
    </w:p>
    <w:p>
      <w:r>
        <w:t>£4.80/kg. 3.60÷0.75=4.80.</w:t>
      </w:r>
    </w:p>
    <w:p>
      <w:pPr>
        <w:pStyle w:val="Heading2"/>
      </w:pPr>
      <w:r>
        <w:t>D3</w:t>
      </w:r>
    </w:p>
    <w:p>
      <w:r>
        <w:t>500 g pack is cheaper per kg: £4 versus £4.20. Compare equal masses, not ticket prices.</w:t>
      </w:r>
    </w:p>
    <w:p>
      <w:pPr>
        <w:pStyle w:val="Heading2"/>
      </w:pPr>
      <w:r>
        <w:t>D4</w:t>
      </w:r>
    </w:p>
    <w:p>
      <w:r>
        <w:t>Three loose items cost less: £1.50. The pack has a lower unit price but a higher bill.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All £6/kg. Quantity and cost scale together.</w:t>
      </w:r>
    </w:p>
    <w:p>
      <w:pPr>
        <w:pStyle w:val="Heading2"/>
      </w:pPr>
      <w:r>
        <w:t>A2</w:t>
      </w:r>
    </w:p>
    <w:p>
      <w:r>
        <w:t>£4.50/kg and £4/kg; 600 g is better value. Both prices use one kilogram.</w:t>
      </w:r>
    </w:p>
    <w:p>
      <w:pPr>
        <w:pStyle w:val="Heading2"/>
      </w:pPr>
      <w:r>
        <w:t>A3</w:t>
      </w:r>
    </w:p>
    <w:p>
      <w:r>
        <w:t>Three packs of 5 cost £9; two packs of 8 cost £10. Choose packs of 5. Round pack counts up; leftovers are allowed.</w:t>
      </w:r>
    </w:p>
    <w:p>
      <w:pPr>
        <w:pStyle w:val="Heading2"/>
      </w:pPr>
      <w:r>
        <w:t>C1</w:t>
      </w:r>
    </w:p>
    <w:p>
      <w:r>
        <w:t>Example: 500 g for £2 is £4/kg; 1 kg for £5 is £5/kg. One valid counterexample disproves always.</w:t>
      </w:r>
    </w:p>
    <w:p>
      <w:pPr>
        <w:pStyle w:val="Heading2"/>
      </w:pPr>
      <w:r>
        <w:t>C2</w:t>
      </w:r>
    </w:p>
    <w:p>
      <w:r>
        <w:t>A £6/kg; B £4/kg. B is cheaper per kg. 20% is applied to the £5 price, not to the mass.</w:t>
      </w:r>
    </w:p>
    <w:p>
      <w:r>
        <w:t>Calculator guidance: Calculator check after A2: enter 1.80÷0.4 and 2.40÷0.6. Expect 4.5 and 4. Keep unrounded values when comparing; money answers use pounds and pence.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3.20÷0.8 M1; £4/kg A1. Accept scaling 800 g to 1000 g.</w:t>
      </w:r>
    </w:p>
    <w:p>
      <w:pPr>
        <w:pStyle w:val="Heading2"/>
      </w:pPr>
      <w:r>
        <w:t>P2</w:t>
      </w:r>
    </w:p>
    <w:p>
      <w:r>
        <w:t>60p and 50p per item B1 both; 10-item pack B1. Compare the same units.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£4.40/kg. Multiply by four.</w:t>
      </w:r>
    </w:p>
    <w:p>
      <w:pPr>
        <w:pStyle w:val="Heading2"/>
      </w:pPr>
      <w:r>
        <w:t>F2</w:t>
      </w:r>
    </w:p>
    <w:p>
      <w:r>
        <w:t>£12 and £36; one part is £12. Four parts make the total.</w:t>
      </w:r>
    </w:p>
    <w:p>
      <w:r>
        <w:t>Retrieval answers: 50, 4, 3/4, 7.2, 4, 12.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quantity is divided by price, read the resulting units aloud. If g and kg are mixed, convert first. Recheck 500 g for £2.20 as £4.40/kg. Separate lowest unit price from lowest total spend.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A 750 g pack costs £2.40 and a 1.2 kg pack costs £3.60. Which is better value per kg?</w:t>
      </w:r>
    </w:p>
    <w:p>
      <w:r>
        <w:t>Answer and reasoning: £3.20/kg versus £3.00/kg, so 1.2 kg pack.</w:t>
      </w:r>
    </w:p>
    <w:p>
      <w:pPr>
        <w:pStyle w:val="Heading2"/>
      </w:pPr>
      <w:r>
        <w:t>Deep challenge</w:t>
      </w:r>
    </w:p>
    <w:p>
      <w:r>
        <w:t>A 20% discount applies to the 750 g pack. Does the best buy change?</w:t>
      </w:r>
    </w:p>
    <w:p>
      <w:r>
        <w:t>Answer and reasoning: 750 g pack becomes £1.92, or £2.56/kg; it is now cheaper per kg.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L015: Unit rates and best buys</w:t>
      </w:r>
    </w:p>
    <w:p>
      <w:r>
        <w:rPr>
          <w:rFonts w:ascii="Arial" w:hAnsi="Arial"/>
          <w:b w:val="0"/>
          <w:color w:val="132A42"/>
          <w:sz w:val="22"/>
        </w:rPr>
        <w:t>Objective: Compare prices using a common unit. Interpret the best buy in terms of cost, quantity needed and waste.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A 750 g pack costs £2.40 and a 1.2 kg pack costs £3.60. Which is better value per kg?</w:t>
      </w:r>
    </w:p>
    <w:p>
      <w:r>
        <w:rPr>
          <w:rFonts w:ascii="Arial" w:hAnsi="Arial"/>
          <w:b w:val="0"/>
          <w:color w:val="132A42"/>
          <w:sz w:val="20"/>
        </w:rPr>
        <w:t>Deep challenge: A 20% discount applies to the 750 g pack. Does the best buy change?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