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L016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3:4 B1.</w:t>
      </w:r>
    </w:p>
    <w:p>
      <w:pPr>
        <w:pStyle w:val="Heading2"/>
      </w:pPr>
      <w:r>
        <w:t>M2 [1]</w:t>
      </w:r>
    </w:p>
    <w:p>
      <w:r>
        <w:t>2/9 B1.</w:t>
      </w:r>
    </w:p>
    <w:p>
      <w:pPr>
        <w:pStyle w:val="Heading2"/>
      </w:pPr>
      <w:r>
        <w:t>M3 [1]</w:t>
      </w:r>
    </w:p>
    <w:p>
      <w:r>
        <w:t>21 B1.</w:t>
      </w:r>
    </w:p>
    <w:p>
      <w:pPr>
        <w:pStyle w:val="Heading2"/>
      </w:pPr>
      <w:r>
        <w:t>M4 [2]</w:t>
      </w:r>
    </w:p>
    <w:p>
      <w:r>
        <w:t>45÷5=9 M1; 18 and 27 A1 both.</w:t>
      </w:r>
    </w:p>
    <w:p>
      <w:pPr>
        <w:pStyle w:val="Heading2"/>
      </w:pPr>
      <w:r>
        <w:t>M5 [3]</w:t>
      </w:r>
    </w:p>
    <w:p>
      <w:r>
        <w:t>21÷3=7 M1; 14 and 35 A1 both; 35−14=21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total and difference are confused, draw five equal boxes for 2:3 and mark the extra box. If additive scaling is used, compare ratios. Recheck A:B=3:5 with total 40, then difference 10.</w:t>
      </w:r>
    </w:p>
    <w:p>
      <w:r>
        <w:t>Use fresh questions after a delay. Record support used and the next independent check; a high immediate score alone is not mastery.</w:t>
      </w:r>
    </w:p>
    <w:p>
      <w:r>
        <w:t>AO1 5 + AO2 0 + AO3 3 = 8 marks. Item AO judgements are local and require teacher review. This targeted set does not reproduce whole-paper weightings.</w:t>
      </w:r>
    </w:p>
    <w:p>
      <w:r>
        <w:t>Selected content: R4 R5 R7 R10.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Proportion problems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