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Algebraic language and substitution</w:t>
      </w:r>
    </w:p>
    <w:p>
      <w:r>
        <w:t>Pearson Edexcel GCSE Mathematics 1MA1 • L017</w:t>
        <w:br/>
        <w:t>Foundation and Higher • 60 minutes • Lesson resources</w:t>
      </w:r>
    </w:p>
    <w:p>
      <w:r>
        <w:t>REACH FOR THE STAR  |  GCSE MATHEMATICS</w:t>
      </w:r>
    </w:p>
    <w:p>
      <w:r>
        <w:t>Read algebraic notation accurately. Substitute signed values and distinguish expressions, equations and identities.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Variable: letter representing a value. Coefficient: multiplying number. Term: part separated by addition/subtraction. Expression: calculation without an equality claim. Equation: equality to solve. Identity: equality true for all allowed values.</w:t>
      </w:r>
    </w:p>
    <w:p>
      <w:pPr>
        <w:pStyle w:val="Heading2"/>
      </w:pPr>
      <w:r>
        <w:t>R1</w:t>
      </w:r>
    </w:p>
    <w:p>
      <w:r>
        <w:t>Calculate 3×4+2.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Calculate (−3)².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Calculate 12÷3+1.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Juxtaposition means multiplication: 3x is 3×x, not 3+x. Substitution replaces every occurrence of a letter by the same value. Brackets protect a negative value: if x=−2, x²=(−2)²=4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Juxtaposition means multiplication: 3x is 3×x, not 3+x. Substitution replaces every occurrence of a letter by the same value. Brackets protect a negative value: if x=−2, x²=(−2)²=4, whereas −x²=−4.</w:t>
      </w:r>
    </w:p>
    <w:p>
      <w:pPr>
        <w:pStyle w:val="Heading2"/>
      </w:pPr>
      <w:r>
        <w:t>D1</w:t>
      </w:r>
    </w:p>
    <w:p>
      <w:r>
        <w:t>Model: 4a means 4×a. For a=3, 4a=12. Now evaluate 5b when b=−2.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for x=4, 3x+2=3×4+2=14. Now evaluate 3x+2 for x=−3.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x=−2 gives x²=4 and −x²=−4. Now evaluate x² and −x² for x=−3.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2x+3 is an expression; 2x+3=11 is an equation. Classify 2(x+3)≡2x+6 and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Write the replacement in brackets, then use operation priority. Keep multiplication distinct from powers. Check by a second calculation and state any excluded value when division is involved.</w:t>
      </w:r>
    </w:p>
    <w:p>
      <w:pPr>
        <w:pStyle w:val="Heading2"/>
      </w:pPr>
      <w:r>
        <w:t>A1</w:t>
      </w:r>
    </w:p>
    <w:p>
      <w:r>
        <w:t>For x=2 then x=−2, evaluate 3x, x+3 and x². What changes when the sign changes?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Evaluate 2a−3b for a=−2 and b=3. Then evaluate ab.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taxi cost is C=4+2m pounds for m kilometres. Find C for m=7 and explain both terms.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Use a substitution table.</w:t>
      </w:r>
    </w:p>
    <w:p>
      <w:r>
        <w:t>Optional check: enter (−3)² and then −(3²). Expect 9 and −9. Calculator models differ in negative-key precedence; use explicit brackets.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Is x² always equal to 2x? Give a counterexample and a value where they agree.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learner says a÷b=b÷a. Test a=6,b=3, then explain why swapping the letters matters.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6,5,4; −6,1,4.</w:t>
      </w:r>
    </w:p>
    <w:p>
      <w:r>
        <w:t>A2: −13; −6.</w:t>
      </w:r>
    </w:p>
    <w:p>
      <w:r>
        <w:t>A3: £18. Fixed charge £4 and distance cost £14.</w:t>
      </w:r>
    </w:p>
    <w:p>
      <w:r>
        <w:t>C1: No: x=3 gives 9 versus 6. They agree at x=0 or x=2.</w:t>
      </w:r>
    </w:p>
    <w:p>
      <w:r>
        <w:t>C2: 2 is not 1/2. Division is not commutative.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3x when x=4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3x+2 when x=−3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x² when x=−3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−x² when x=−3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2a−b for a=3,b=−2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First share of 40 in ratio 3:5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12; Q2 −7; Q3 9; Q4 −9; Q5 8; Q6 15.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Evaluate 4x−1 for x=−2. Show substitution.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Evaluate a²+2b for a=−3,b=4. Show substitution.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L018: Collect expand and factorise</w:t>
      </w:r>
    </w:p>
    <w:p>
      <w:pPr>
        <w:pStyle w:val="Heading2"/>
      </w:pPr>
      <w:r>
        <w:t>F1</w:t>
      </w:r>
    </w:p>
    <w:p>
      <w:r>
        <w:t>Tomorrow evaluate 2x+7 for x=−4 and x² for x=−4.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L018, explain why three bags of x counters and two bags of x counters make 5x counters.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Like terms have the same letter part: 3x+2x=5x. Unlike terms such as 3x+2y cannot normally be combined. A bracket is a group: 2(x+3) multiplies both parts by two.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If a=−2 and b=5, evaluate 3a²−2b and 2(a+b).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learner interprets 3x² as (3x)². Use x=2 to expose the error.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L017: Algebraic language and substitution</w:t>
      </w:r>
    </w:p>
    <w:p>
      <w:r>
        <w:rPr>
          <w:rFonts w:ascii="Arial" w:hAnsi="Arial"/>
          <w:b w:val="0"/>
          <w:color w:val="132A42"/>
          <w:sz w:val="22"/>
        </w:rPr>
        <w:t>Objective: Read algebraic notation accurately. Substitute signed values and distinguish expressions, equations and identities.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wrote the algebraic structure accurately and used a valid step-by-step method.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inverse operations clearly, keep signs/brackets accurate and substitute back to check.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If a=−2 and b=5, evaluate 3a²−2b and 2(a+b).</w:t>
      </w:r>
    </w:p>
    <w:p>
      <w:r>
        <w:rPr>
          <w:rFonts w:ascii="Arial" w:hAnsi="Arial"/>
          <w:b w:val="0"/>
          <w:color w:val="132A42"/>
          <w:sz w:val="20"/>
        </w:rPr>
        <w:t>Deep challenge: A learner interprets 3x² as (3x)². Use x=2 to expose the error.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Algebraic language and substitution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