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L017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−15 B1.</w:t>
      </w:r>
    </w:p>
    <w:p>
      <w:pPr>
        <w:pStyle w:val="Heading2"/>
      </w:pPr>
      <w:r>
        <w:t>M2 [1]</w:t>
      </w:r>
    </w:p>
    <w:p>
      <w:r>
        <w:t>16 B1.</w:t>
      </w:r>
    </w:p>
    <w:p>
      <w:pPr>
        <w:pStyle w:val="Heading2"/>
      </w:pPr>
      <w:r>
        <w:t>M3 [1]</w:t>
      </w:r>
    </w:p>
    <w:p>
      <w:r>
        <w:t>Expression B1.</w:t>
      </w:r>
    </w:p>
    <w:p>
      <w:pPr>
        <w:pStyle w:val="Heading2"/>
      </w:pPr>
      <w:r>
        <w:t>M4 [2]</w:t>
      </w:r>
    </w:p>
    <w:p>
      <w:r>
        <w:t>3×(−2)−2×5 M1; −16 A1.</w:t>
      </w:r>
    </w:p>
    <w:p>
      <w:pPr>
        <w:pStyle w:val="Heading2"/>
      </w:pPr>
      <w:r>
        <w:t>M5 [3]</w:t>
      </w:r>
    </w:p>
    <w:p>
      <w:r>
        <w:t>£18 B1; fixed £6 B1; £3 per item so £12 variable cost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3x is read as 3+x, use three equal groups. If a negative square is negative, write both factors. Recheck x=−3 in 2x+5 and x²: −1 and 9.</w:t>
      </w:r>
    </w:p>
    <w:p>
      <w:r>
        <w:t>Use fresh questions after a delay. Record support used and the next independent check; a high immediate score alone is not mastery.</w:t>
      </w:r>
    </w:p>
    <w:p>
      <w:r>
        <w:t>AO1 5 + AO2 1 + AO3 2 = 8 marks. Item AO judgements are local and require teacher review. This targeted set does not reproduce whole-paper weightings.</w:t>
      </w:r>
    </w:p>
    <w:p>
      <w:r>
        <w:t>Selected content: A1 A2 A3.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