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L017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Evaluate 5x for x=−3.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Evaluate x² for x=−4.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Classify 3x+2 as expression, equation or identity.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Evaluate 3a−2b for a=−2,b=5. Show substitution.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cost is C=6+3n pounds. Find C for n=4 and explain 6 and 3n.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