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L018</w:t>
        <w:br/>
        <w:t>10 minutes • Lesson resources</w:t>
      </w:r>
    </w:p>
    <w:p>
      <w:r>
        <w:t>REACH FOR THE STAR  |  GCSE MATHEMATICS</w:t>
      </w:r>
    </w:p>
    <w:p>
      <w:r>
        <w:t>L019: Linear equations</w:t>
      </w:r>
    </w:p>
    <w:p>
      <w:pPr>
        <w:pStyle w:val="Heading2"/>
      </w:pPr>
      <w:r>
        <w:t>F1</w:t>
      </w:r>
    </w:p>
    <w:p>
      <w:r>
        <w:t>Tomorrow expand −2(x+4) and factorise 10x+15.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L019, solve x+4=11 and explain why subtracting 4 from both sides preserves equality.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An equation states that two expressions are equal. Solve by applying the same inverse operation to both sides, then substitute the solution into the original equation.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Collect expand and factorise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