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Collect expand and factorise</w:t>
      </w:r>
    </w:p>
    <w:p>
      <w:r>
        <w:t>Pearson Edexcel GCSE Mathematics 1MA1 • L018</w:t>
        <w:br/>
        <w:t>Foundation and Higher • 60 minutes • Lesson resources</w:t>
      </w:r>
    </w:p>
    <w:p>
      <w:r>
        <w:t>REACH FOR THE STAR  |  GCSE MATHEMATICS</w:t>
      </w:r>
    </w:p>
    <w:p>
      <w:r>
        <w:t>Collect like terms, expand a single bracket and factorise a common factor. Explain how these equivalent forms are connected.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Like terms: identical variable part including powers. Expand: multiply out a bracket. Factorise: express as a product. Common factor: divides every term. Equivalent: same value for all allowed inputs.</w:t>
      </w:r>
    </w:p>
    <w:p>
      <w:pPr>
        <w:pStyle w:val="Heading2"/>
      </w:pPr>
      <w:r>
        <w:t>R1</w:t>
      </w:r>
    </w:p>
    <w:p>
      <w:r>
        <w:t>Evaluate 3x+2x when x=4.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Find HCF of 12 and 18.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−2×(−3).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The distributive law a(b+c)=ab+ac shares multiplication across a sum. Thus 3(x+2)=3x+6. Reversing this gives factorisation. Collecting 3x+2x counts five x units; x and x² are diffe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The distributive law a(b+c)=ab+ac shares multiplication across a sum. Thus 3(x+2)=3x+6. Reversing this gives factorisation. Collecting 3x+2x counts five x units; x and x² are different units.</w:t>
      </w:r>
    </w:p>
    <w:p>
      <w:pPr>
        <w:pStyle w:val="Heading2"/>
      </w:pPr>
      <w:r>
        <w:t>D1</w:t>
      </w:r>
    </w:p>
    <w:p>
      <w:r>
        <w:t>Model: 3x+2x−x=4x. Now simplify 5a−2a+4.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3(x+2)=3x+6. Complete 4(y−3)=4y+__.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−2(x−3)=−2x+6. Now expand −3(a+2).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6x+9=3(2x+3). Now factorise 8a+12 fully.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Group only like terms. Multiply every term inside a bracket, including its sign. To factorise, take a common factor from every term. Expand again and substitute a value to check.</w:t>
      </w:r>
    </w:p>
    <w:p>
      <w:pPr>
        <w:pStyle w:val="Heading2"/>
      </w:pPr>
      <w:r>
        <w:t>A1</w:t>
      </w:r>
    </w:p>
    <w:p>
      <w:r>
        <w:t>Simplify 3x+2x; 3x+2y; 3x²+2x²; 3x²+2x. Explain which pairs combine.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Expand 5(x−2), then simplify 5(x−2)+3x+4.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rectangle has sides x+2 and 3 cm. Write its perimeter and simplify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Compare powers as well as letters.</w:t>
      </w:r>
    </w:p>
    <w:p>
      <w:r>
        <w:t>Optional check after C2: substitute x=2 in 3(x+4)−2(x+1) and x+10; both give 12. Numerical agreement is a check, not proof for every x.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factorises 6x+12 as 6(x+12). Explain the error and repair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Show that 3(x+4)−2(x+1) is equivalent to x+10 for every 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5x; 3x+2y; 5x²; 3x²+2x.</w:t>
      </w:r>
    </w:p>
    <w:p>
      <w:r>
        <w:t>A2: 5x−10; 8x−6.</w:t>
      </w:r>
    </w:p>
    <w:p>
      <w:r>
        <w:t>A3: 2(x+2)+6=2x+10 cm.</w:t>
      </w:r>
    </w:p>
    <w:p>
      <w:r>
        <w:t>C1: Expanding gives 6x+72. Correct: 6(x+2).</w:t>
      </w:r>
    </w:p>
    <w:p>
      <w:r>
        <w:t>C2: 3x+12−2x−2=x+10.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Coefficient of x in 3x+5x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Constant in 4(x+3)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Constant in −2(x−5)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HCF of 12 and 18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Value of 2x+10 at x=3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3x+2 for x=−2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8; Q2 12; Q3 10; Q4 6; Q5 16; Q6 −4.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Expand and simplify 2(x+5)+3x.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Factorise 12x+18 fully and expand your answer to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L019: Linear equations</w:t>
      </w:r>
    </w:p>
    <w:p>
      <w:pPr>
        <w:pStyle w:val="Heading2"/>
      </w:pPr>
      <w:r>
        <w:t>F1</w:t>
      </w:r>
    </w:p>
    <w:p>
      <w:r>
        <w:t>Tomorrow expand −2(x+4) and factorise 10x+15.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L019, solve x+4=11 and explain why subtracting 4 from both sides preserves equality.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An equation states that two expressions are equal. Solve by applying the same inverse operation to both sides, then substitute the solution into the original equation.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Expand and simplify 3(2x−5)−2(x+4).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Factorise 6x²+9x fully and check by expansion.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L018: Collect expand and factorise</w:t>
      </w:r>
    </w:p>
    <w:p>
      <w:r>
        <w:rPr>
          <w:rFonts w:ascii="Arial" w:hAnsi="Arial"/>
          <w:b w:val="0"/>
          <w:color w:val="132A42"/>
          <w:sz w:val="22"/>
        </w:rPr>
        <w:t>Objective: Collect like terms, expand a single bracket and factorise a common factor. Explain how these equivalent forms are connected.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Expand and simplify 3(2x−5)−2(x+4).</w:t>
      </w:r>
    </w:p>
    <w:p>
      <w:r>
        <w:rPr>
          <w:rFonts w:ascii="Arial" w:hAnsi="Arial"/>
          <w:b w:val="0"/>
          <w:color w:val="132A42"/>
          <w:sz w:val="20"/>
        </w:rPr>
        <w:t>Deep challenge: Factorise 6x²+9x fully and check by expansion.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 expand and factorise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