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L018</w:t>
        <w:br/>
        <w:t>21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Collect expand and factorise   1 min   Recall</w:t>
      </w:r>
    </w:p>
    <w:p>
      <w:r>
        <w:t>Collect like terms, expand a single bracket and factorise a common factor. Explain how these equivalent forms are connected.</w:t>
      </w:r>
    </w:p>
    <w:p>
      <w:pPr>
        <w:pStyle w:val="Heading2"/>
      </w:pPr>
      <w:r>
        <w:t>02   The goal and the evidence   1 min   Recall</w:t>
      </w:r>
    </w:p>
    <w:p>
      <w:r>
        <w:t>L017 notation and substitution; integer products and common factors.</w:t>
      </w:r>
    </w:p>
    <w:p>
      <w:pPr>
        <w:pStyle w:val="Heading2"/>
      </w:pPr>
      <w:r>
        <w:t>03   Starting-point diagnostic   5 min   Recall</w:t>
      </w:r>
    </w:p>
    <w:p>
      <w:r>
        <w:t>If only the first term is multiplied, draw two product arrows. If unlike powers are collected, compare x=3. For negative brackets, write each signed product. Recheck −2(x−3)=−2x+6.</w:t>
      </w:r>
    </w:p>
    <w:p>
      <w:pPr>
        <w:pStyle w:val="Heading2"/>
      </w:pPr>
      <w:r>
        <w:t>04   See the distributive law   2 min   Discover</w:t>
      </w:r>
    </w:p>
    <w:p>
      <w:r>
        <w:t>Area model illustrates 3(x+4)=3x+12. The dimensions assume positive lengths; the distributive identity also holds for negative x. Not drawn to scale.</w:t>
      </w:r>
    </w:p>
    <w:p>
      <w:pPr>
        <w:pStyle w:val="Heading2"/>
      </w:pPr>
      <w:r>
        <w:t>05   Worked example and your turn   3 min   Discover</w:t>
      </w:r>
    </w:p>
    <w:p>
      <w:r>
        <w:t>3a+4. Collect a terms; the constant stays separate.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Worked example and your turn   3 min   Discover</w:t>
      </w:r>
    </w:p>
    <w:p>
      <w:r>
        <w:t>4y−12. 4×(−3)=−12.</w:t>
      </w:r>
    </w:p>
    <w:p>
      <w:pPr>
        <w:pStyle w:val="Heading2"/>
      </w:pPr>
      <w:r>
        <w:t>07   Worked example and your turn   3 min   Discover</w:t>
      </w:r>
    </w:p>
    <w:p>
      <w:r>
        <w:t>−3a−6. Multiply the positive 2 by −3.</w:t>
      </w:r>
    </w:p>
    <w:p>
      <w:pPr>
        <w:pStyle w:val="Heading2"/>
      </w:pPr>
      <w:r>
        <w:t>08   Worked example and your turn   3 min   Discover</w:t>
      </w:r>
    </w:p>
    <w:p>
      <w:r>
        <w:t>4(2a+3). HCF of coefficients is 4.</w:t>
      </w:r>
    </w:p>
    <w:p>
      <w:pPr>
        <w:pStyle w:val="Heading2"/>
      </w:pPr>
      <w:r>
        <w:t>09   A method you can explain   2 min   Discover</w:t>
      </w:r>
    </w:p>
    <w:p>
      <w:r>
        <w:t>Group only like terms. Multiply every term inside a bracket, including its sign. To factorise, take a common factor from every term. Expand again and substitute a value to check.</w:t>
      </w:r>
    </w:p>
    <w:p>
      <w:pPr>
        <w:pStyle w:val="Heading2"/>
      </w:pPr>
      <w:r>
        <w:t>10   Diagnostic pause   3 min   Apply</w:t>
      </w:r>
    </w:p>
    <w:p>
      <w:r>
        <w:t>Expand 3(x+4): A 3x+4, B 3x+12, C 7x. Answer B: multiply both terms.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5x; 3x+2y; 5x²; 3x²+2x. Only identical letter parts combine.</w:t>
      </w:r>
    </w:p>
    <w:p>
      <w:pPr>
        <w:pStyle w:val="Heading2"/>
      </w:pPr>
      <w:r>
        <w:t>12   Independent application   4 min   Apply</w:t>
      </w:r>
    </w:p>
    <w:p>
      <w:r>
        <w:t>5x−10; 8x−6. Expand first, then collect terms.</w:t>
      </w:r>
    </w:p>
    <w:p>
      <w:pPr>
        <w:pStyle w:val="Heading2"/>
      </w:pPr>
      <w:r>
        <w:t>13   Use the method in context   4 min   Apply</w:t>
      </w:r>
    </w:p>
    <w:p>
      <w:r>
        <w:t>2(x+2)+6=2x+10 cm. Two lengths and two widths.</w:t>
      </w:r>
    </w:p>
    <w:p>
      <w:pPr>
        <w:pStyle w:val="Heading2"/>
      </w:pPr>
      <w:r>
        <w:t>14   Intentional practice feedback   2 min   Apply</w:t>
      </w:r>
    </w:p>
    <w:p>
      <w:r>
        <w:t>Two lengths and two widths. Optional check after C2: substitute x=2 in 3(x+4)−2(x+1) and x+10; both give 12. Numerical agreement is a check, not proof for every x.</w:t>
      </w:r>
    </w:p>
    <w:p>
      <w:pPr>
        <w:pStyle w:val="Heading2"/>
      </w:pPr>
      <w:r>
        <w:t>15   A claim to test   4 min   Challenge</w:t>
      </w:r>
    </w:p>
    <w:p>
      <w:r>
        <w:t>Expanding gives 6x+72. Correct: 6(x+2). Divide every original term by the factor.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3x+12−2x−2=x+10. Algebra proves all values; a substitution only checks one.</w:t>
      </w:r>
    </w:p>
    <w:p>
      <w:pPr>
        <w:pStyle w:val="Heading2"/>
      </w:pPr>
      <w:r>
        <w:t>17   Retrieval without notes   4 min   Prove</w:t>
      </w:r>
    </w:p>
    <w:p>
      <w:r>
        <w:t>Answers: 8, 12, 10, 6, 16, -4. Completion is not mastery.</w:t>
      </w:r>
    </w:p>
    <w:p>
      <w:pPr>
        <w:pStyle w:val="Heading2"/>
      </w:pPr>
      <w:r>
        <w:t>18   Independent exit evidence   2 min   Prove</w:t>
      </w:r>
    </w:p>
    <w:p>
      <w:r>
        <w:t>2x+10+3x M1; 5x+10 A1. Multiply both bracket terms.</w:t>
      </w:r>
    </w:p>
    <w:p>
      <w:pPr>
        <w:pStyle w:val="Heading2"/>
      </w:pPr>
      <w:r>
        <w:t>19   Independent exit evidence   3 min   Prove</w:t>
      </w:r>
    </w:p>
    <w:p>
      <w:r>
        <w:t>6(2x+3) B1; correct expansion 12x+18 B1. Equivalent full factorisations accepted.</w:t>
      </w:r>
    </w:p>
    <w:p>
      <w:pPr>
        <w:pStyle w:val="Heading2"/>
      </w:pPr>
      <w:r>
        <w:t>20   Feedback and next steps   2 min   Prove</w:t>
      </w:r>
    </w:p>
    <w:p>
      <w:r>
        <w:t>If only the first term is multiplied, draw two product arrows. If unlike powers are collected, compare x=3. For negative brackets, write each signed product. Recheck −2(x−3)=−2x+6.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Before the next lesson   1 min   Recall</w:t>
      </w:r>
    </w:p>
    <w:p>
      <w:r>
        <w:t>An equation states that two expressions are equal. Solve by applying the same inverse operation to both sides, then substitute the solution into the original equation.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L018: Collect expand and factorise</w:t>
      </w:r>
    </w:p>
    <w:p>
      <w:r>
        <w:rPr>
          <w:rFonts w:ascii="Arial" w:hAnsi="Arial"/>
          <w:b w:val="0"/>
          <w:color w:val="132A42"/>
          <w:sz w:val="22"/>
        </w:rPr>
        <w:t>Objective: Collect like terms, expand a single bracket and factorise a common factor. Explain how these equivalent forms are connected.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wrote the algebraic structure accurately and used a valid step-by-step method.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show inverse operations clearly, keep signs/brackets accurate and substitute back to check.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Expand and simplify 3(2x−5)−2(x+4).</w:t>
      </w:r>
    </w:p>
    <w:p>
      <w:r>
        <w:rPr>
          <w:rFonts w:ascii="Arial" w:hAnsi="Arial"/>
          <w:b w:val="0"/>
          <w:color w:val="132A42"/>
          <w:sz w:val="20"/>
        </w:rPr>
        <w:t>Deep challenge: Factorise 6x²+9x fully and check by expansion.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Collect expand and factorise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