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L018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7a B1; 4x+8 B1.</w:t>
      </w:r>
    </w:p>
    <w:p>
      <w:pPr>
        <w:pStyle w:val="Heading2"/>
      </w:pPr>
      <w:r>
        <w:t>E2 [3]</w:t>
      </w:r>
    </w:p>
    <w:p>
      <w:r>
        <w:t>4x+5 B1; 4×4+5 M1; 21 cm A1.</w:t>
      </w:r>
    </w:p>
    <w:p>
      <w:pPr>
        <w:pStyle w:val="Heading2"/>
      </w:pPr>
      <w:r>
        <w:t>E3 [2]</w:t>
      </w:r>
    </w:p>
    <w:p>
      <w:r>
        <w:t>Expansion 2x+6 B1; valid substitution showing different values B1.</w:t>
      </w:r>
    </w:p>
    <w:p>
      <w:pPr>
        <w:pStyle w:val="Heading2"/>
      </w:pPr>
      <w:r>
        <w:t>E4 [3]</w:t>
      </w:r>
    </w:p>
    <w:p>
      <w:r>
        <w:t>3(3x−4) B1; expansion 9x−12 B1; 6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only the first term is multiplied, draw two product arrows. If unlike powers are collected, compare x=3. For negative brackets, write each signed product. Recheck −2(x−3)=−2x+6.</w:t>
      </w:r>
    </w:p>
    <w:p>
      <w:r>
        <w:t>Use fresh questions after a delay. Record support used and the next independent check; a high immediate score alone is not mastery.</w:t>
      </w:r>
    </w:p>
    <w:p>
      <w:r>
        <w:t>AO1 5 + AO2 2 + AO3 3 = 10 marks. Item AO judgements are local and require teacher review. This targeted set does not reproduce whole-paper weightings.</w:t>
      </w:r>
    </w:p>
    <w:p>
      <w:r>
        <w:t>Selected content: A1 A4.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Collect expand and factorise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