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L018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Simplify (a) 4a+3a (b) 5x+2−x+6.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triangle has sides x+2, x+3 and 2x cm. Form its perimeter and find it for x=4.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2(x+3) and 2x+3 are not equivalent, using expansion and a numerical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Factorise 9x−12 fully, expand to check, and evaluate it at x=2.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