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Collect expand and factorise · Optional extension</w:t>
      </w:r>
    </w:p>
    <w:p>
      <w:r>
        <w:t>Pearson Edexcel GCSE Mathematics 1MA1 · L018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Expand and simplify 3(2x−5)−2(x+4).</w:t>
      </w:r>
    </w:p>
    <w:p>
      <w:r>
        <w:t>Answer and reasoning: 6x−15−2x−8=4x−23.</w:t>
      </w:r>
    </w:p>
    <w:p>
      <w:r>
        <w:rPr>
          <w:b/>
        </w:rPr>
        <w:t>Deep challenge</w:t>
      </w:r>
    </w:p>
    <w:p>
      <w:r>
        <w:t>Factorise 6x²+9x fully and check by expansion.</w:t>
      </w:r>
    </w:p>
    <w:p>
      <w:r>
        <w:t>Answer and reasoning: 3x(2x+3).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