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L018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Simplify 7x−3x.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Expand 4(x+2).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Factorise 5x+10 fully.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Expand and simplify 3(x−4)+2x.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rectangle has sides x+1 and 4 cm. Form and simplify its perimeter, then find it for x=5.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Collect expand and factorise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