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L018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Collect like terms, expand a single bracket and factorise a common factor. Explain how these equivalent forms are connected.</w:t>
      </w:r>
    </w:p>
    <w:p>
      <w:r>
        <w:t>L017 notation and substitution; integer products and common factors.</w:t>
      </w:r>
    </w:p>
    <w:p>
      <w:r>
        <w:t>Selected specification content: A1 A4.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Expand 3(x+4): A 3x+4, B 3x+12, C 7x. Answer B: multiply both terms.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20. 12+8.</w:t>
      </w:r>
    </w:p>
    <w:p>
      <w:pPr>
        <w:pStyle w:val="Heading2"/>
      </w:pPr>
      <w:r>
        <w:t>R2</w:t>
      </w:r>
    </w:p>
    <w:p>
      <w:r>
        <w:t>6. Largest shared positive factor.</w:t>
      </w:r>
    </w:p>
    <w:p>
      <w:pPr>
        <w:pStyle w:val="Heading2"/>
      </w:pPr>
      <w:r>
        <w:t>R3</w:t>
      </w:r>
    </w:p>
    <w:p>
      <w:r>
        <w:t>6. Product of two negatives is positive.</w:t>
      </w:r>
    </w:p>
    <w:p>
      <w:pPr>
        <w:pStyle w:val="Heading2"/>
      </w:pPr>
      <w:r>
        <w:t>D1</w:t>
      </w:r>
    </w:p>
    <w:p>
      <w:r>
        <w:t>3a+4. Collect a terms; the constant stays separate.</w:t>
      </w:r>
    </w:p>
    <w:p>
      <w:pPr>
        <w:pStyle w:val="Heading2"/>
      </w:pPr>
      <w:r>
        <w:t>D2</w:t>
      </w:r>
    </w:p>
    <w:p>
      <w:r>
        <w:t>4y−12. 4×(−3)=−12.</w:t>
      </w:r>
    </w:p>
    <w:p>
      <w:pPr>
        <w:pStyle w:val="Heading2"/>
      </w:pPr>
      <w:r>
        <w:t>D3</w:t>
      </w:r>
    </w:p>
    <w:p>
      <w:r>
        <w:t>−3a−6. Multiply the positive 2 by −3.</w:t>
      </w:r>
    </w:p>
    <w:p>
      <w:pPr>
        <w:pStyle w:val="Heading2"/>
      </w:pPr>
      <w:r>
        <w:t>D4</w:t>
      </w:r>
    </w:p>
    <w:p>
      <w:r>
        <w:t>4(2a+3). HCF of coefficients is 4.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5x; 3x+2y; 5x²; 3x²+2x. Only identical letter parts combine.</w:t>
      </w:r>
    </w:p>
    <w:p>
      <w:pPr>
        <w:pStyle w:val="Heading2"/>
      </w:pPr>
      <w:r>
        <w:t>A2</w:t>
      </w:r>
    </w:p>
    <w:p>
      <w:r>
        <w:t>5x−10; 8x−6. Expand first, then collect terms.</w:t>
      </w:r>
    </w:p>
    <w:p>
      <w:pPr>
        <w:pStyle w:val="Heading2"/>
      </w:pPr>
      <w:r>
        <w:t>A3</w:t>
      </w:r>
    </w:p>
    <w:p>
      <w:r>
        <w:t>2(x+2)+6=2x+10 cm. Two lengths and two widths.</w:t>
      </w:r>
    </w:p>
    <w:p>
      <w:pPr>
        <w:pStyle w:val="Heading2"/>
      </w:pPr>
      <w:r>
        <w:t>C1</w:t>
      </w:r>
    </w:p>
    <w:p>
      <w:r>
        <w:t>Expanding gives 6x+72. Correct: 6(x+2). Divide every original term by the factor.</w:t>
      </w:r>
    </w:p>
    <w:p>
      <w:pPr>
        <w:pStyle w:val="Heading2"/>
      </w:pPr>
      <w:r>
        <w:t>C2</w:t>
      </w:r>
    </w:p>
    <w:p>
      <w:r>
        <w:t>3x+12−2x−2=x+10. Algebra proves all values; a substitution only checks one.</w:t>
      </w:r>
    </w:p>
    <w:p>
      <w:r>
        <w:t>Calculator guidance: Optional check after C2: substitute x=2 in 3(x+4)−2(x+1) and x+10; both give 12. Numerical agreement is a check, not proof for every x.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2x+10+3x M1; 5x+10 A1. Multiply both bracket terms.</w:t>
      </w:r>
    </w:p>
    <w:p>
      <w:pPr>
        <w:pStyle w:val="Heading2"/>
      </w:pPr>
      <w:r>
        <w:t>P2</w:t>
      </w:r>
    </w:p>
    <w:p>
      <w:r>
        <w:t>6(2x+3) B1; correct expansion 12x+18 B1. Equivalent full factorisations accepted.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−2x−8; 5(2x+3). Check by expansion.</w:t>
      </w:r>
    </w:p>
    <w:p>
      <w:pPr>
        <w:pStyle w:val="Heading2"/>
      </w:pPr>
      <w:r>
        <w:t>F2</w:t>
      </w:r>
    </w:p>
    <w:p>
      <w:r>
        <w:t>x=7. Equal quantities remain equal after the same subtraction. Use a balance idea.</w:t>
      </w:r>
    </w:p>
    <w:p>
      <w:r>
        <w:t>Retrieval answers: 8, 12, 10, 6, 16, -4.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only the first term is multiplied, draw two product arrows. If unlike powers are collected, compare x=3. For negative brackets, write each signed product. Recheck −2(x−3)=−2x+6.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Expand and simplify 3(2x−5)−2(x+4).</w:t>
      </w:r>
    </w:p>
    <w:p>
      <w:r>
        <w:t>Answer and reasoning: 6x−15−2x−8=4x−23.</w:t>
      </w:r>
    </w:p>
    <w:p>
      <w:pPr>
        <w:pStyle w:val="Heading2"/>
      </w:pPr>
      <w:r>
        <w:t>Deep challenge</w:t>
      </w:r>
    </w:p>
    <w:p>
      <w:r>
        <w:t>Factorise 6x²+9x fully and check by expansion.</w:t>
      </w:r>
    </w:p>
    <w:p>
      <w:r>
        <w:t>Answer and reasoning: 3x(2x+3).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L018: Collect expand and factorise</w:t>
      </w:r>
    </w:p>
    <w:p>
      <w:r>
        <w:rPr>
          <w:rFonts w:ascii="Arial" w:hAnsi="Arial"/>
          <w:b w:val="0"/>
          <w:color w:val="132A42"/>
          <w:sz w:val="22"/>
        </w:rPr>
        <w:t>Objective: Collect like terms, expand a single bracket and factorise a common factor. Explain how these equivalent forms are connected.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wrote the algebraic structure accurately and used a valid step-by-step method.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inverse operations clearly, keep signs/brackets accurate and substitute back to check.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Expand and simplify 3(2x−5)−2(x+4).</w:t>
      </w:r>
    </w:p>
    <w:p>
      <w:r>
        <w:rPr>
          <w:rFonts w:ascii="Arial" w:hAnsi="Arial"/>
          <w:b w:val="0"/>
          <w:color w:val="132A42"/>
          <w:sz w:val="20"/>
        </w:rPr>
        <w:t>Deep challenge: Factorise 6x²+9x fully and check by expansion.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