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Linear equations · Optional extension</w:t>
      </w:r>
    </w:p>
    <w:p>
      <w:r>
        <w:t>Pearson Edexcel GCSE Mathematics 1MA1 · L019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Solve 5(2x−1)=3x+16 and check.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Explain why dividing 3x+6=12 by 3 gives x+6=4 incorrectly.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