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Linear equations</w:t>
      </w:r>
    </w:p>
    <w:p>
      <w:r>
        <w:t>Pearson Edexcel GCSE Mathematics 1MA1 • L019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Solve linear equations while preserving equality. Check solutions in the original equation, including unknowns on both sides.</w:t>
      </w:r>
    </w:p>
    <w:p>
      <w:pPr>
        <w:pStyle w:val="Heading1"/>
      </w:pPr>
      <w:r>
        <w:t>Vocabulary</w:t>
      </w:r>
    </w:p>
    <w:p>
      <w:r>
        <w:t>Solution: value making an equation true. Inverse: operation that undoes another. Balance: both sides represent equal values. Linear: unknown occurs to power one after simplification.</w:t>
      </w:r>
    </w:p>
    <w:p>
      <w:pPr>
        <w:pStyle w:val="Heading1"/>
      </w:pPr>
      <w:r>
        <w:t>Why the method works</w:t>
      </w:r>
    </w:p>
    <w:p>
      <w:r>
        <w:t>Equality is preserved when the same amount is added to or subtracted from both sides. Multiplying or dividing both sides by the same non-zero number also preserves equality. Undo operations in reverse order; moving terms is shorthand for these balanced operations.</w:t>
      </w:r>
    </w:p>
    <w:p>
      <w:pPr>
        <w:pStyle w:val="Heading1"/>
      </w:pPr>
      <w:r>
        <w:t>Method and checking</w:t>
      </w:r>
    </w:p>
    <w:p>
      <w:r>
        <w:t>Simplify brackets first. Subtract an unknown term from both sides if needed. Undo addition or subtraction, then multiplication or division. Substitute into the original equation and compare both sides.</w:t>
      </w:r>
    </w:p>
    <w:p>
      <w:pPr>
        <w:pStyle w:val="Heading1"/>
      </w:pPr>
      <w:r>
        <w:t>Common errors and next attempt</w:t>
      </w:r>
    </w:p>
    <w:p>
      <w:r>
        <w:t>If learners change only one side, annotate the same operation on both sides. If 3(x+2) is expanded incorrectly, revisit L018. Recheck 2x+5=13 and 5x−2=3x+6.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equations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